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C0CC7" w14:textId="77777777" w:rsidR="003956D0" w:rsidRDefault="003956D0">
      <w:pPr>
        <w:rPr>
          <w:rFonts w:ascii="Arial" w:hAnsi="Arial" w:cs="Arial"/>
          <w:b/>
          <w:bCs/>
          <w:sz w:val="24"/>
          <w:szCs w:val="24"/>
        </w:rPr>
      </w:pPr>
    </w:p>
    <w:p w14:paraId="4ED1A759" w14:textId="33682B90" w:rsidR="00925371" w:rsidRPr="00D07971" w:rsidRDefault="0062553E">
      <w:pPr>
        <w:rPr>
          <w:rFonts w:ascii="Arial" w:hAnsi="Arial" w:cs="Arial"/>
          <w:b/>
          <w:bCs/>
          <w:sz w:val="20"/>
          <w:szCs w:val="20"/>
        </w:rPr>
      </w:pPr>
      <w:r w:rsidRPr="00D07971">
        <w:rPr>
          <w:rFonts w:ascii="Arial" w:hAnsi="Arial" w:cs="Arial"/>
          <w:b/>
          <w:bCs/>
          <w:sz w:val="20"/>
          <w:szCs w:val="20"/>
        </w:rPr>
        <w:t>ALLEGATO A</w:t>
      </w:r>
      <w:r w:rsidRPr="00D07971">
        <w:rPr>
          <w:rFonts w:ascii="Arial" w:hAnsi="Arial" w:cs="Arial"/>
          <w:b/>
          <w:bCs/>
          <w:sz w:val="20"/>
          <w:szCs w:val="20"/>
        </w:rPr>
        <w:br/>
        <w:t>MODELLO DI DOMANDA DI PARTECIPAZIONE</w:t>
      </w:r>
    </w:p>
    <w:p w14:paraId="44F95E3F" w14:textId="77777777" w:rsidR="003956D0" w:rsidRDefault="003956D0">
      <w:pPr>
        <w:rPr>
          <w:rFonts w:ascii="Arial" w:hAnsi="Arial" w:cs="Arial"/>
          <w:b/>
          <w:bCs/>
          <w:sz w:val="24"/>
          <w:szCs w:val="24"/>
        </w:rPr>
      </w:pPr>
    </w:p>
    <w:p w14:paraId="3CF9F1F0" w14:textId="77777777" w:rsidR="00D07971" w:rsidRPr="00D07971" w:rsidRDefault="00D07971" w:rsidP="00D07971">
      <w:pPr>
        <w:spacing w:before="180" w:after="180" w:line="240" w:lineRule="auto"/>
        <w:jc w:val="center"/>
        <w:rPr>
          <w:rFonts w:ascii="Arial" w:eastAsia="Aptos" w:hAnsi="Arial" w:cs="Arial"/>
          <w:b/>
          <w:bCs/>
        </w:rPr>
      </w:pPr>
      <w:r w:rsidRPr="00D07971">
        <w:rPr>
          <w:rFonts w:ascii="Arial" w:hAnsi="Arial" w:cs="Arial"/>
          <w:b/>
        </w:rPr>
        <w:t>BANDO PER L'ASSEGNAZIONE DI N. 6 PREMI PER LE MIGLIORI TESI DI LAUREA E DI DOTTORATO</w:t>
      </w:r>
      <w:r w:rsidRPr="00D07971">
        <w:rPr>
          <w:rFonts w:ascii="Arial" w:eastAsia="Aptos" w:hAnsi="Arial" w:cs="Arial"/>
          <w:b/>
          <w:bCs/>
        </w:rPr>
        <w:t xml:space="preserve"> </w:t>
      </w:r>
    </w:p>
    <w:p w14:paraId="5BC365E5" w14:textId="77777777" w:rsidR="00D07971" w:rsidRPr="00304202" w:rsidRDefault="00D07971" w:rsidP="00D07971">
      <w:pPr>
        <w:spacing w:before="180" w:after="180" w:line="240" w:lineRule="auto"/>
        <w:jc w:val="center"/>
        <w:rPr>
          <w:rFonts w:ascii="Arial" w:eastAsia="Aptos" w:hAnsi="Arial" w:cs="Arial"/>
          <w:b/>
          <w:bCs/>
          <w:sz w:val="20"/>
          <w:szCs w:val="20"/>
        </w:rPr>
      </w:pP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Finanziamento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a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valere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sul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Fondo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per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i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Poli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Universitari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Tecnico-Scientifici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nel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Mezzogiorno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(D.M. n. 1937 del 31 </w:t>
      </w:r>
      <w:proofErr w:type="spellStart"/>
      <w:r w:rsidRPr="00304202">
        <w:rPr>
          <w:rFonts w:ascii="Arial" w:eastAsia="Aptos" w:hAnsi="Arial" w:cs="Arial"/>
          <w:b/>
          <w:bCs/>
          <w:sz w:val="20"/>
          <w:szCs w:val="20"/>
        </w:rPr>
        <w:t>dicembre</w:t>
      </w:r>
      <w:proofErr w:type="spellEnd"/>
      <w:r w:rsidRPr="00304202">
        <w:rPr>
          <w:rFonts w:ascii="Arial" w:eastAsia="Aptos" w:hAnsi="Arial" w:cs="Arial"/>
          <w:b/>
          <w:bCs/>
          <w:sz w:val="20"/>
          <w:szCs w:val="20"/>
        </w:rPr>
        <w:t xml:space="preserve"> 2024)</w:t>
      </w:r>
    </w:p>
    <w:p w14:paraId="7228D6A2" w14:textId="77777777" w:rsidR="00D07971" w:rsidRPr="00304202" w:rsidRDefault="00D07971" w:rsidP="00D07971">
      <w:pPr>
        <w:spacing w:before="180" w:after="180" w:line="240" w:lineRule="auto"/>
        <w:rPr>
          <w:rFonts w:ascii="Arial" w:eastAsia="Aptos" w:hAnsi="Arial" w:cs="Arial"/>
          <w:sz w:val="20"/>
          <w:szCs w:val="20"/>
        </w:rPr>
      </w:pPr>
      <w:proofErr w:type="spellStart"/>
      <w:r w:rsidRPr="00304202">
        <w:rPr>
          <w:rFonts w:ascii="Arial" w:eastAsia="Aptos" w:hAnsi="Arial" w:cs="Arial"/>
          <w:sz w:val="20"/>
          <w:szCs w:val="20"/>
        </w:rPr>
        <w:t>Scadenza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presentazione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candidature: 24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agosto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ore 23:59</w:t>
      </w:r>
    </w:p>
    <w:p w14:paraId="229BF930" w14:textId="77777777" w:rsidR="003956D0" w:rsidRDefault="003956D0">
      <w:pPr>
        <w:rPr>
          <w:rFonts w:ascii="Arial" w:hAnsi="Arial" w:cs="Arial"/>
        </w:rPr>
      </w:pPr>
    </w:p>
    <w:p w14:paraId="017BA171" w14:textId="77777777" w:rsidR="003956D0" w:rsidRDefault="003956D0">
      <w:pPr>
        <w:rPr>
          <w:rFonts w:ascii="Arial" w:hAnsi="Arial" w:cs="Arial"/>
        </w:rPr>
      </w:pPr>
    </w:p>
    <w:p w14:paraId="6710B00C" w14:textId="77777777" w:rsidR="003956D0" w:rsidRDefault="003956D0">
      <w:pPr>
        <w:rPr>
          <w:rFonts w:ascii="Arial" w:hAnsi="Arial" w:cs="Arial"/>
        </w:rPr>
      </w:pPr>
    </w:p>
    <w:p w14:paraId="0C85C5F5" w14:textId="77777777" w:rsidR="00D07971" w:rsidRPr="00D07971" w:rsidRDefault="0062553E" w:rsidP="003956D0">
      <w:pPr>
        <w:jc w:val="right"/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Al </w:t>
      </w:r>
      <w:proofErr w:type="spellStart"/>
      <w:r w:rsidRPr="00D07971">
        <w:rPr>
          <w:rFonts w:ascii="Arial" w:hAnsi="Arial" w:cs="Arial"/>
          <w:sz w:val="20"/>
          <w:szCs w:val="20"/>
        </w:rPr>
        <w:t>Direttore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D07971">
        <w:rPr>
          <w:rFonts w:ascii="Arial" w:hAnsi="Arial" w:cs="Arial"/>
          <w:sz w:val="20"/>
          <w:szCs w:val="20"/>
        </w:rPr>
        <w:t>Dipartimento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D07971" w:rsidRPr="00D07971">
        <w:rPr>
          <w:rFonts w:ascii="Arial" w:hAnsi="Arial" w:cs="Arial"/>
          <w:sz w:val="20"/>
          <w:szCs w:val="20"/>
        </w:rPr>
        <w:t>Architettura</w:t>
      </w:r>
      <w:proofErr w:type="spellEnd"/>
      <w:r w:rsidR="00D07971" w:rsidRPr="00D07971">
        <w:rPr>
          <w:rFonts w:ascii="Arial" w:hAnsi="Arial" w:cs="Arial"/>
          <w:sz w:val="20"/>
          <w:szCs w:val="20"/>
        </w:rPr>
        <w:t xml:space="preserve">, design e </w:t>
      </w:r>
      <w:proofErr w:type="spellStart"/>
      <w:r w:rsidR="00D07971" w:rsidRPr="00D07971">
        <w:rPr>
          <w:rFonts w:ascii="Arial" w:hAnsi="Arial" w:cs="Arial"/>
          <w:sz w:val="20"/>
          <w:szCs w:val="20"/>
        </w:rPr>
        <w:t>urbanistica</w:t>
      </w:r>
      <w:proofErr w:type="spellEnd"/>
    </w:p>
    <w:p w14:paraId="2AE9AAA1" w14:textId="51D2DF66" w:rsidR="003956D0" w:rsidRPr="00D07971" w:rsidRDefault="00D07971" w:rsidP="003956D0">
      <w:pPr>
        <w:jc w:val="right"/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>Prof. Emilio Turco</w:t>
      </w:r>
      <w:r w:rsidR="0062553E" w:rsidRPr="00D07971">
        <w:rPr>
          <w:rFonts w:ascii="Arial" w:hAnsi="Arial" w:cs="Arial"/>
          <w:sz w:val="20"/>
          <w:szCs w:val="20"/>
        </w:rPr>
        <w:br/>
      </w:r>
      <w:r w:rsidR="0062553E" w:rsidRPr="00D07971">
        <w:rPr>
          <w:rFonts w:ascii="Arial" w:hAnsi="Arial" w:cs="Arial"/>
          <w:sz w:val="20"/>
          <w:szCs w:val="20"/>
        </w:rPr>
        <w:br/>
      </w:r>
    </w:p>
    <w:p w14:paraId="7ED63199" w14:textId="77777777" w:rsidR="003956D0" w:rsidRPr="00D07971" w:rsidRDefault="003956D0">
      <w:pPr>
        <w:rPr>
          <w:rFonts w:ascii="Arial" w:hAnsi="Arial" w:cs="Arial"/>
          <w:sz w:val="20"/>
          <w:szCs w:val="20"/>
        </w:rPr>
      </w:pPr>
    </w:p>
    <w:p w14:paraId="66D25D06" w14:textId="77777777" w:rsidR="003956D0" w:rsidRPr="00D07971" w:rsidRDefault="0062553E" w:rsidP="00D07971">
      <w:pPr>
        <w:spacing w:after="0" w:line="360" w:lineRule="auto"/>
        <w:ind w:right="-382"/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Il/La </w:t>
      </w:r>
      <w:proofErr w:type="spellStart"/>
      <w:r w:rsidRPr="00D07971">
        <w:rPr>
          <w:rFonts w:ascii="Arial" w:hAnsi="Arial" w:cs="Arial"/>
          <w:sz w:val="20"/>
          <w:szCs w:val="20"/>
        </w:rPr>
        <w:t>sottoscritto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/a __________________ </w:t>
      </w:r>
      <w:proofErr w:type="spellStart"/>
      <w:r w:rsidRPr="00D07971">
        <w:rPr>
          <w:rFonts w:ascii="Arial" w:hAnsi="Arial" w:cs="Arial"/>
          <w:sz w:val="20"/>
          <w:szCs w:val="20"/>
        </w:rPr>
        <w:t>nato</w:t>
      </w:r>
      <w:proofErr w:type="spellEnd"/>
      <w:r w:rsidRPr="00D07971">
        <w:rPr>
          <w:rFonts w:ascii="Arial" w:hAnsi="Arial" w:cs="Arial"/>
          <w:sz w:val="20"/>
          <w:szCs w:val="20"/>
        </w:rPr>
        <w:t>/a a __________ il ___</w:t>
      </w:r>
      <w:r w:rsidR="003956D0" w:rsidRPr="00D07971">
        <w:rPr>
          <w:rFonts w:ascii="Arial" w:hAnsi="Arial" w:cs="Arial"/>
          <w:sz w:val="20"/>
          <w:szCs w:val="20"/>
        </w:rPr>
        <w:t>_________</w:t>
      </w:r>
      <w:r w:rsidRPr="00D07971">
        <w:rPr>
          <w:rFonts w:ascii="Arial" w:hAnsi="Arial" w:cs="Arial"/>
          <w:sz w:val="20"/>
          <w:szCs w:val="20"/>
        </w:rPr>
        <w:t>___ C.F. _______</w:t>
      </w:r>
      <w:r w:rsidR="003956D0" w:rsidRPr="00D07971">
        <w:rPr>
          <w:rFonts w:ascii="Arial" w:hAnsi="Arial" w:cs="Arial"/>
          <w:sz w:val="20"/>
          <w:szCs w:val="20"/>
        </w:rPr>
        <w:t>_____</w:t>
      </w:r>
      <w:r w:rsidRPr="00D07971">
        <w:rPr>
          <w:rFonts w:ascii="Arial" w:hAnsi="Arial" w:cs="Arial"/>
          <w:sz w:val="20"/>
          <w:szCs w:val="20"/>
        </w:rPr>
        <w:t xml:space="preserve">__ </w:t>
      </w:r>
      <w:proofErr w:type="spellStart"/>
      <w:r w:rsidRPr="00D07971">
        <w:rPr>
          <w:rFonts w:ascii="Arial" w:hAnsi="Arial" w:cs="Arial"/>
          <w:sz w:val="20"/>
          <w:szCs w:val="20"/>
        </w:rPr>
        <w:t>residente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in _________</w:t>
      </w:r>
      <w:r w:rsidR="003956D0" w:rsidRPr="00D07971">
        <w:rPr>
          <w:rFonts w:ascii="Arial" w:hAnsi="Arial" w:cs="Arial"/>
          <w:sz w:val="20"/>
          <w:szCs w:val="20"/>
        </w:rPr>
        <w:t>___</w:t>
      </w:r>
      <w:r w:rsidR="003956D0" w:rsidRPr="00D07971">
        <w:rPr>
          <w:rFonts w:ascii="Arial" w:hAnsi="Arial" w:cs="Arial"/>
          <w:sz w:val="20"/>
          <w:szCs w:val="20"/>
          <w:vertAlign w:val="subscript"/>
        </w:rPr>
        <w:t>____________</w:t>
      </w:r>
      <w:r w:rsidRPr="00D07971">
        <w:rPr>
          <w:rFonts w:ascii="Arial" w:hAnsi="Arial" w:cs="Arial"/>
          <w:sz w:val="20"/>
          <w:szCs w:val="20"/>
        </w:rPr>
        <w:t xml:space="preserve">_ </w:t>
      </w:r>
      <w:proofErr w:type="spellStart"/>
      <w:r w:rsidRPr="00D07971">
        <w:rPr>
          <w:rFonts w:ascii="Arial" w:hAnsi="Arial" w:cs="Arial"/>
          <w:sz w:val="20"/>
          <w:szCs w:val="20"/>
        </w:rPr>
        <w:t>telefono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_____</w:t>
      </w:r>
      <w:r w:rsidR="003956D0" w:rsidRPr="00D07971">
        <w:rPr>
          <w:rFonts w:ascii="Arial" w:hAnsi="Arial" w:cs="Arial"/>
          <w:sz w:val="20"/>
          <w:szCs w:val="20"/>
        </w:rPr>
        <w:t>____</w:t>
      </w:r>
      <w:r w:rsidRPr="00D07971">
        <w:rPr>
          <w:rFonts w:ascii="Arial" w:hAnsi="Arial" w:cs="Arial"/>
          <w:sz w:val="20"/>
          <w:szCs w:val="20"/>
        </w:rPr>
        <w:t xml:space="preserve">_ </w:t>
      </w:r>
    </w:p>
    <w:p w14:paraId="3B7E3CB3" w14:textId="1644C1FA" w:rsidR="00925371" w:rsidRPr="00D07971" w:rsidRDefault="0062553E" w:rsidP="00D07971">
      <w:pPr>
        <w:spacing w:after="0" w:line="360" w:lineRule="auto"/>
        <w:ind w:right="-382"/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e-mail </w:t>
      </w:r>
      <w:proofErr w:type="spellStart"/>
      <w:r w:rsidRPr="00D07971">
        <w:rPr>
          <w:rFonts w:ascii="Arial" w:hAnsi="Arial" w:cs="Arial"/>
          <w:sz w:val="20"/>
          <w:szCs w:val="20"/>
        </w:rPr>
        <w:t>istituzionale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__________@studenti.uniss.it</w:t>
      </w:r>
    </w:p>
    <w:p w14:paraId="0807C01E" w14:textId="77777777" w:rsidR="003956D0" w:rsidRPr="00D07971" w:rsidRDefault="003956D0" w:rsidP="003956D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792FC68" w14:textId="77777777" w:rsidR="003956D0" w:rsidRPr="00D07971" w:rsidRDefault="0062553E" w:rsidP="003956D0">
      <w:pPr>
        <w:ind w:left="3600" w:firstLine="720"/>
        <w:jc w:val="both"/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b/>
          <w:bCs/>
          <w:sz w:val="20"/>
          <w:szCs w:val="20"/>
        </w:rPr>
        <w:t>CHIEDE</w:t>
      </w:r>
      <w:r w:rsidRPr="00D07971">
        <w:rPr>
          <w:rFonts w:ascii="Arial" w:hAnsi="Arial" w:cs="Arial"/>
          <w:sz w:val="20"/>
          <w:szCs w:val="20"/>
        </w:rPr>
        <w:br/>
      </w:r>
    </w:p>
    <w:p w14:paraId="74EB7066" w14:textId="14272DC1" w:rsidR="00925371" w:rsidRPr="00D07971" w:rsidRDefault="0062553E" w:rsidP="003956D0">
      <w:pPr>
        <w:jc w:val="both"/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di </w:t>
      </w:r>
      <w:proofErr w:type="spellStart"/>
      <w:r w:rsidRPr="00D07971">
        <w:rPr>
          <w:rFonts w:ascii="Arial" w:hAnsi="Arial" w:cs="Arial"/>
          <w:sz w:val="20"/>
          <w:szCs w:val="20"/>
        </w:rPr>
        <w:t>essere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ammesso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/a </w:t>
      </w:r>
      <w:proofErr w:type="spellStart"/>
      <w:r w:rsidRPr="00D07971">
        <w:rPr>
          <w:rFonts w:ascii="Arial" w:hAnsi="Arial" w:cs="Arial"/>
          <w:sz w:val="20"/>
          <w:szCs w:val="20"/>
        </w:rPr>
        <w:t>alla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procedura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di selezione per l’assegnazione de</w:t>
      </w:r>
      <w:r w:rsidR="00D07971">
        <w:rPr>
          <w:rFonts w:ascii="Arial" w:hAnsi="Arial" w:cs="Arial"/>
          <w:sz w:val="20"/>
          <w:szCs w:val="20"/>
        </w:rPr>
        <w:t>l</w:t>
      </w:r>
      <w:bookmarkStart w:id="0" w:name="_GoBack"/>
      <w:bookmarkEnd w:id="0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premi</w:t>
      </w:r>
      <w:r w:rsidR="00D07971">
        <w:rPr>
          <w:rFonts w:ascii="Arial" w:hAnsi="Arial" w:cs="Arial"/>
          <w:sz w:val="20"/>
          <w:szCs w:val="20"/>
        </w:rPr>
        <w:t>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r w:rsidR="00D07971">
        <w:rPr>
          <w:rFonts w:ascii="Arial" w:hAnsi="Arial" w:cs="Arial"/>
          <w:sz w:val="20"/>
          <w:szCs w:val="20"/>
        </w:rPr>
        <w:t>_______________</w:t>
      </w:r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finanziat</w:t>
      </w:r>
      <w:r w:rsidR="00D07971">
        <w:rPr>
          <w:rFonts w:ascii="Arial" w:hAnsi="Arial" w:cs="Arial"/>
          <w:sz w:val="20"/>
          <w:szCs w:val="20"/>
        </w:rPr>
        <w:t>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con le </w:t>
      </w:r>
      <w:proofErr w:type="spellStart"/>
      <w:r w:rsidRPr="00D07971">
        <w:rPr>
          <w:rFonts w:ascii="Arial" w:hAnsi="Arial" w:cs="Arial"/>
          <w:sz w:val="20"/>
          <w:szCs w:val="20"/>
        </w:rPr>
        <w:t>risorse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del Fondo per i Poli Universitari Tecnico-Scientifici nel Mezzogiorno.</w:t>
      </w:r>
    </w:p>
    <w:p w14:paraId="0743DCF0" w14:textId="336968DD" w:rsidR="00925371" w:rsidRPr="00D07971" w:rsidRDefault="0062553E">
      <w:pPr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>DICHIARA ai sensi degli artt. 46 e 47 del D.P.R. 445/2000:</w:t>
      </w:r>
      <w:r w:rsidRPr="00D07971">
        <w:rPr>
          <w:rFonts w:ascii="Arial" w:hAnsi="Arial" w:cs="Arial"/>
          <w:sz w:val="20"/>
          <w:szCs w:val="20"/>
        </w:rPr>
        <w:br/>
      </w:r>
      <w:r w:rsidRPr="00D07971">
        <w:rPr>
          <w:rFonts w:ascii="Arial" w:hAnsi="Arial" w:cs="Arial"/>
          <w:sz w:val="20"/>
          <w:szCs w:val="20"/>
        </w:rPr>
        <w:br/>
        <w:t xml:space="preserve">□ di aver </w:t>
      </w:r>
      <w:proofErr w:type="spellStart"/>
      <w:r w:rsidRPr="00D07971">
        <w:rPr>
          <w:rFonts w:ascii="Arial" w:hAnsi="Arial" w:cs="Arial"/>
          <w:sz w:val="20"/>
          <w:szCs w:val="20"/>
        </w:rPr>
        <w:t>conseguito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 w:rsid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07971">
        <w:rPr>
          <w:rFonts w:ascii="Arial" w:hAnsi="Arial" w:cs="Arial"/>
          <w:sz w:val="20"/>
          <w:szCs w:val="20"/>
        </w:rPr>
        <w:t>triennale</w:t>
      </w:r>
      <w:proofErr w:type="spellEnd"/>
      <w:r w:rsid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presso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l’Università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degli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Studi di Sassari</w:t>
      </w:r>
      <w:r w:rsidRPr="00D07971">
        <w:rPr>
          <w:rFonts w:ascii="Arial" w:hAnsi="Arial" w:cs="Arial"/>
          <w:sz w:val="20"/>
          <w:szCs w:val="20"/>
        </w:rPr>
        <w:br/>
        <w:t xml:space="preserve">Corso di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D07971" w:rsidRPr="00304202">
        <w:rPr>
          <w:rFonts w:ascii="Arial" w:eastAsia="Aptos" w:hAnsi="Arial" w:cs="Arial"/>
          <w:sz w:val="20"/>
          <w:szCs w:val="20"/>
        </w:rPr>
        <w:t>Scienze</w:t>
      </w:r>
      <w:proofErr w:type="spellEnd"/>
      <w:r w:rsidR="00D07971"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="00D07971" w:rsidRPr="00304202">
        <w:rPr>
          <w:rFonts w:ascii="Arial" w:eastAsia="Aptos" w:hAnsi="Arial" w:cs="Arial"/>
          <w:sz w:val="20"/>
          <w:szCs w:val="20"/>
        </w:rPr>
        <w:t>dell’</w:t>
      </w:r>
      <w:r w:rsidR="00D07971">
        <w:rPr>
          <w:rFonts w:ascii="Arial" w:eastAsia="Aptos" w:hAnsi="Arial" w:cs="Arial"/>
          <w:sz w:val="20"/>
          <w:szCs w:val="20"/>
        </w:rPr>
        <w:t>a</w:t>
      </w:r>
      <w:r w:rsidR="00D07971" w:rsidRPr="00304202">
        <w:rPr>
          <w:rFonts w:ascii="Arial" w:eastAsia="Aptos" w:hAnsi="Arial" w:cs="Arial"/>
          <w:sz w:val="20"/>
          <w:szCs w:val="20"/>
        </w:rPr>
        <w:t>rchitettura</w:t>
      </w:r>
      <w:proofErr w:type="spellEnd"/>
      <w:r w:rsidR="00D07971" w:rsidRPr="00304202">
        <w:rPr>
          <w:rFonts w:ascii="Arial" w:eastAsia="Aptos" w:hAnsi="Arial" w:cs="Arial"/>
          <w:sz w:val="20"/>
          <w:szCs w:val="20"/>
        </w:rPr>
        <w:t xml:space="preserve"> e del </w:t>
      </w:r>
      <w:proofErr w:type="spellStart"/>
      <w:r w:rsidR="00D07971">
        <w:rPr>
          <w:rFonts w:ascii="Arial" w:eastAsia="Aptos" w:hAnsi="Arial" w:cs="Arial"/>
          <w:sz w:val="20"/>
          <w:szCs w:val="20"/>
        </w:rPr>
        <w:t>p</w:t>
      </w:r>
      <w:r w:rsidR="00D07971" w:rsidRPr="00304202">
        <w:rPr>
          <w:rFonts w:ascii="Arial" w:eastAsia="Aptos" w:hAnsi="Arial" w:cs="Arial"/>
          <w:sz w:val="20"/>
          <w:szCs w:val="20"/>
        </w:rPr>
        <w:t>rogetto</w:t>
      </w:r>
      <w:proofErr w:type="spellEnd"/>
      <w:r w:rsidRPr="00D07971">
        <w:rPr>
          <w:rFonts w:ascii="Arial" w:hAnsi="Arial" w:cs="Arial"/>
          <w:sz w:val="20"/>
          <w:szCs w:val="20"/>
        </w:rPr>
        <w:br/>
        <w:t xml:space="preserve">Anno </w:t>
      </w:r>
      <w:proofErr w:type="spellStart"/>
      <w:r w:rsidRPr="00D07971">
        <w:rPr>
          <w:rFonts w:ascii="Arial" w:hAnsi="Arial" w:cs="Arial"/>
          <w:sz w:val="20"/>
          <w:szCs w:val="20"/>
        </w:rPr>
        <w:t>accademico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□ 2023/2024 □ 2024/2025 </w:t>
      </w:r>
      <w:r w:rsidRPr="00D07971">
        <w:rPr>
          <w:rFonts w:ascii="Arial" w:hAnsi="Arial" w:cs="Arial"/>
          <w:sz w:val="20"/>
          <w:szCs w:val="20"/>
        </w:rPr>
        <w:br/>
        <w:t>Voto: ______</w:t>
      </w:r>
    </w:p>
    <w:p w14:paraId="61F6DC84" w14:textId="26D692E0" w:rsidR="00D07971" w:rsidRPr="00D07971" w:rsidRDefault="0062553E" w:rsidP="00D07971">
      <w:pPr>
        <w:numPr>
          <w:ilvl w:val="0"/>
          <w:numId w:val="10"/>
        </w:num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  <w:proofErr w:type="spellStart"/>
      <w:proofErr w:type="gramStart"/>
      <w:r w:rsidRPr="00D07971">
        <w:rPr>
          <w:rFonts w:ascii="Arial" w:hAnsi="Arial" w:cs="Arial"/>
          <w:sz w:val="20"/>
          <w:szCs w:val="20"/>
        </w:rPr>
        <w:t>Titolo</w:t>
      </w:r>
      <w:proofErr w:type="spellEnd"/>
      <w:r w:rsidRPr="00D07971">
        <w:rPr>
          <w:rFonts w:ascii="Arial" w:hAnsi="Arial" w:cs="Arial"/>
          <w:sz w:val="20"/>
          <w:szCs w:val="20"/>
        </w:rPr>
        <w:t>:_</w:t>
      </w:r>
      <w:proofErr w:type="gramEnd"/>
      <w:r w:rsidRPr="00D07971">
        <w:rPr>
          <w:rFonts w:ascii="Arial" w:hAnsi="Arial" w:cs="Arial"/>
          <w:sz w:val="20"/>
          <w:szCs w:val="20"/>
        </w:rPr>
        <w:t>_____________________________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Relatore</w:t>
      </w:r>
      <w:proofErr w:type="spellEnd"/>
      <w:r w:rsidRPr="00D07971">
        <w:rPr>
          <w:rFonts w:ascii="Arial" w:hAnsi="Arial" w:cs="Arial"/>
          <w:sz w:val="20"/>
          <w:szCs w:val="20"/>
        </w:rPr>
        <w:t>: ______________________________</w:t>
      </w:r>
    </w:p>
    <w:p w14:paraId="10CD5932" w14:textId="30E38105" w:rsidR="00D07971" w:rsidRDefault="00D07971" w:rsidP="00D07971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22D97CF4" w14:textId="0C9B51D8" w:rsidR="00D07971" w:rsidRDefault="00D07971" w:rsidP="00D07971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2AA21DEA" w14:textId="16BB8852" w:rsidR="00D07971" w:rsidRPr="00D07971" w:rsidRDefault="00D07971" w:rsidP="00D07971">
      <w:pPr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□ di aver </w:t>
      </w:r>
      <w:proofErr w:type="spellStart"/>
      <w:r w:rsidRPr="00D07971">
        <w:rPr>
          <w:rFonts w:ascii="Arial" w:hAnsi="Arial" w:cs="Arial"/>
          <w:sz w:val="20"/>
          <w:szCs w:val="20"/>
        </w:rPr>
        <w:t>conseguito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magistrale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presso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l’Università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degli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Studi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di Sassari</w:t>
      </w:r>
      <w:r w:rsidRPr="00D07971">
        <w:rPr>
          <w:rFonts w:ascii="Arial" w:hAnsi="Arial" w:cs="Arial"/>
          <w:sz w:val="20"/>
          <w:szCs w:val="20"/>
        </w:rPr>
        <w:br/>
        <w:t xml:space="preserve">Corso di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ptos" w:hAnsi="Arial" w:cs="Arial"/>
          <w:sz w:val="20"/>
          <w:szCs w:val="20"/>
        </w:rPr>
        <w:t>Architettura</w:t>
      </w:r>
      <w:proofErr w:type="spellEnd"/>
      <w:r w:rsidRPr="00D07971">
        <w:rPr>
          <w:rFonts w:ascii="Arial" w:hAnsi="Arial" w:cs="Arial"/>
          <w:sz w:val="20"/>
          <w:szCs w:val="20"/>
        </w:rPr>
        <w:br/>
        <w:t xml:space="preserve">Anno </w:t>
      </w:r>
      <w:proofErr w:type="spellStart"/>
      <w:r w:rsidRPr="00D07971">
        <w:rPr>
          <w:rFonts w:ascii="Arial" w:hAnsi="Arial" w:cs="Arial"/>
          <w:sz w:val="20"/>
          <w:szCs w:val="20"/>
        </w:rPr>
        <w:t>accademico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□ 2023/2024 □ 2024/2025 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Voto</w:t>
      </w:r>
      <w:proofErr w:type="spellEnd"/>
      <w:r w:rsidRPr="00D07971">
        <w:rPr>
          <w:rFonts w:ascii="Arial" w:hAnsi="Arial" w:cs="Arial"/>
          <w:sz w:val="20"/>
          <w:szCs w:val="20"/>
        </w:rPr>
        <w:t>: ______</w:t>
      </w:r>
    </w:p>
    <w:p w14:paraId="286270DA" w14:textId="05268F31" w:rsidR="00D07971" w:rsidRPr="00D07971" w:rsidRDefault="00D07971" w:rsidP="00D07971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  <w:proofErr w:type="spellStart"/>
      <w:proofErr w:type="gramStart"/>
      <w:r w:rsidRPr="00D07971">
        <w:rPr>
          <w:rFonts w:ascii="Arial" w:hAnsi="Arial" w:cs="Arial"/>
          <w:sz w:val="20"/>
          <w:szCs w:val="20"/>
        </w:rPr>
        <w:t>Titolo</w:t>
      </w:r>
      <w:proofErr w:type="spellEnd"/>
      <w:r w:rsidRPr="00D07971">
        <w:rPr>
          <w:rFonts w:ascii="Arial" w:hAnsi="Arial" w:cs="Arial"/>
          <w:sz w:val="20"/>
          <w:szCs w:val="20"/>
        </w:rPr>
        <w:t>:_</w:t>
      </w:r>
      <w:proofErr w:type="gramEnd"/>
      <w:r w:rsidRPr="00D07971">
        <w:rPr>
          <w:rFonts w:ascii="Arial" w:hAnsi="Arial" w:cs="Arial"/>
          <w:sz w:val="20"/>
          <w:szCs w:val="20"/>
        </w:rPr>
        <w:t>_____________________________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Relatore</w:t>
      </w:r>
      <w:proofErr w:type="spellEnd"/>
      <w:r w:rsidRPr="00D07971">
        <w:rPr>
          <w:rFonts w:ascii="Arial" w:hAnsi="Arial" w:cs="Arial"/>
          <w:sz w:val="20"/>
          <w:szCs w:val="20"/>
        </w:rPr>
        <w:t>: ______________________________</w:t>
      </w:r>
    </w:p>
    <w:p w14:paraId="334FF07E" w14:textId="2A09E9E8" w:rsidR="00D07971" w:rsidRPr="00304202" w:rsidRDefault="00D07971" w:rsidP="00D07971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4058EBA6" w14:textId="7F951E62" w:rsidR="00D07971" w:rsidRPr="00D07971" w:rsidRDefault="00D07971" w:rsidP="00D07971">
      <w:pPr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□ di aver </w:t>
      </w:r>
      <w:proofErr w:type="spellStart"/>
      <w:r w:rsidRPr="00D07971">
        <w:rPr>
          <w:rFonts w:ascii="Arial" w:hAnsi="Arial" w:cs="Arial"/>
          <w:sz w:val="20"/>
          <w:szCs w:val="20"/>
        </w:rPr>
        <w:t>conseguito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ptos" w:hAnsi="Arial" w:cs="Arial"/>
          <w:sz w:val="20"/>
          <w:szCs w:val="20"/>
        </w:rPr>
        <w:t>triennale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presso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l’Università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degli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Studi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di Sassari</w:t>
      </w:r>
      <w:r w:rsidRPr="00D07971">
        <w:rPr>
          <w:rFonts w:ascii="Arial" w:hAnsi="Arial" w:cs="Arial"/>
          <w:sz w:val="20"/>
          <w:szCs w:val="20"/>
        </w:rPr>
        <w:br/>
        <w:t xml:space="preserve">Corso di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Urbanistica</w:t>
      </w:r>
      <w:proofErr w:type="spellEnd"/>
      <w:r>
        <w:rPr>
          <w:rFonts w:ascii="Arial" w:eastAsia="Aptos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ptos" w:hAnsi="Arial" w:cs="Arial"/>
          <w:sz w:val="20"/>
          <w:szCs w:val="20"/>
        </w:rPr>
        <w:t>Progetto</w:t>
      </w:r>
      <w:proofErr w:type="spellEnd"/>
      <w:r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ptos" w:hAnsi="Arial" w:cs="Arial"/>
          <w:sz w:val="20"/>
          <w:szCs w:val="20"/>
        </w:rPr>
        <w:t>ambientale</w:t>
      </w:r>
      <w:proofErr w:type="spellEnd"/>
      <w:r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ptos" w:hAnsi="Arial" w:cs="Arial"/>
          <w:sz w:val="20"/>
          <w:szCs w:val="20"/>
        </w:rPr>
        <w:t>della</w:t>
      </w:r>
      <w:proofErr w:type="spellEnd"/>
      <w:r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ptos" w:hAnsi="Arial" w:cs="Arial"/>
          <w:sz w:val="20"/>
          <w:szCs w:val="20"/>
        </w:rPr>
        <w:t>città</w:t>
      </w:r>
      <w:proofErr w:type="spellEnd"/>
      <w:r>
        <w:rPr>
          <w:rFonts w:ascii="Arial" w:eastAsia="Aptos" w:hAnsi="Arial" w:cs="Arial"/>
          <w:sz w:val="20"/>
          <w:szCs w:val="20"/>
        </w:rPr>
        <w:t xml:space="preserve"> e del </w:t>
      </w:r>
      <w:proofErr w:type="spellStart"/>
      <w:r>
        <w:rPr>
          <w:rFonts w:ascii="Arial" w:eastAsia="Aptos" w:hAnsi="Arial" w:cs="Arial"/>
          <w:sz w:val="20"/>
          <w:szCs w:val="20"/>
        </w:rPr>
        <w:t>territorio</w:t>
      </w:r>
      <w:proofErr w:type="spellEnd"/>
      <w:r w:rsidRPr="00D07971">
        <w:rPr>
          <w:rFonts w:ascii="Arial" w:hAnsi="Arial" w:cs="Arial"/>
          <w:sz w:val="20"/>
          <w:szCs w:val="20"/>
        </w:rPr>
        <w:br/>
        <w:t xml:space="preserve">Anno </w:t>
      </w:r>
      <w:proofErr w:type="spellStart"/>
      <w:r w:rsidRPr="00D07971">
        <w:rPr>
          <w:rFonts w:ascii="Arial" w:hAnsi="Arial" w:cs="Arial"/>
          <w:sz w:val="20"/>
          <w:szCs w:val="20"/>
        </w:rPr>
        <w:t>accademico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□ 2023/2024 □ 2024/2025 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Voto</w:t>
      </w:r>
      <w:proofErr w:type="spellEnd"/>
      <w:r w:rsidRPr="00D07971">
        <w:rPr>
          <w:rFonts w:ascii="Arial" w:hAnsi="Arial" w:cs="Arial"/>
          <w:sz w:val="20"/>
          <w:szCs w:val="20"/>
        </w:rPr>
        <w:t>: ______</w:t>
      </w:r>
    </w:p>
    <w:p w14:paraId="2E55110E" w14:textId="77777777" w:rsidR="00D07971" w:rsidRPr="00D07971" w:rsidRDefault="00D07971" w:rsidP="00D07971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  <w:proofErr w:type="spellStart"/>
      <w:proofErr w:type="gramStart"/>
      <w:r w:rsidRPr="00D07971">
        <w:rPr>
          <w:rFonts w:ascii="Arial" w:hAnsi="Arial" w:cs="Arial"/>
          <w:sz w:val="20"/>
          <w:szCs w:val="20"/>
        </w:rPr>
        <w:t>Titolo</w:t>
      </w:r>
      <w:proofErr w:type="spellEnd"/>
      <w:r w:rsidRPr="00D07971">
        <w:rPr>
          <w:rFonts w:ascii="Arial" w:hAnsi="Arial" w:cs="Arial"/>
          <w:sz w:val="20"/>
          <w:szCs w:val="20"/>
        </w:rPr>
        <w:t>:_</w:t>
      </w:r>
      <w:proofErr w:type="gramEnd"/>
      <w:r w:rsidRPr="00D07971">
        <w:rPr>
          <w:rFonts w:ascii="Arial" w:hAnsi="Arial" w:cs="Arial"/>
          <w:sz w:val="20"/>
          <w:szCs w:val="20"/>
        </w:rPr>
        <w:t>_____________________________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Relatore</w:t>
      </w:r>
      <w:proofErr w:type="spellEnd"/>
      <w:r w:rsidRPr="00D07971">
        <w:rPr>
          <w:rFonts w:ascii="Arial" w:hAnsi="Arial" w:cs="Arial"/>
          <w:sz w:val="20"/>
          <w:szCs w:val="20"/>
        </w:rPr>
        <w:t>: ______________________________</w:t>
      </w:r>
    </w:p>
    <w:p w14:paraId="19E39A13" w14:textId="4B9A9AC7" w:rsidR="00D07971" w:rsidRDefault="00D07971" w:rsidP="00D07971">
      <w:pPr>
        <w:spacing w:before="180" w:after="180" w:line="360" w:lineRule="auto"/>
        <w:ind w:left="720"/>
        <w:jc w:val="both"/>
        <w:rPr>
          <w:rFonts w:ascii="Arial" w:eastAsia="Aptos" w:hAnsi="Arial" w:cs="Arial"/>
          <w:sz w:val="20"/>
          <w:szCs w:val="20"/>
        </w:rPr>
      </w:pPr>
    </w:p>
    <w:p w14:paraId="4BF79F72" w14:textId="75ACC1D6" w:rsidR="00520DB6" w:rsidRPr="00304202" w:rsidRDefault="00D07971" w:rsidP="00520DB6">
      <w:pPr>
        <w:spacing w:before="180" w:after="180" w:line="360" w:lineRule="auto"/>
        <w:rPr>
          <w:rFonts w:ascii="Arial" w:eastAsia="Aptos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□ di aver </w:t>
      </w:r>
      <w:proofErr w:type="spellStart"/>
      <w:r w:rsidRPr="00D07971">
        <w:rPr>
          <w:rFonts w:ascii="Arial" w:hAnsi="Arial" w:cs="Arial"/>
          <w:sz w:val="20"/>
          <w:szCs w:val="20"/>
        </w:rPr>
        <w:t>conseguito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ptos" w:hAnsi="Arial" w:cs="Arial"/>
          <w:sz w:val="20"/>
          <w:szCs w:val="20"/>
        </w:rPr>
        <w:t>magistrale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presso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l’Università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degli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Studi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di Sassari</w:t>
      </w:r>
      <w:r w:rsidRPr="00D07971">
        <w:rPr>
          <w:rFonts w:ascii="Arial" w:hAnsi="Arial" w:cs="Arial"/>
          <w:sz w:val="20"/>
          <w:szCs w:val="20"/>
        </w:rPr>
        <w:br/>
        <w:t xml:space="preserve">Corso di </w:t>
      </w:r>
      <w:proofErr w:type="spellStart"/>
      <w:r w:rsidRPr="00D07971">
        <w:rPr>
          <w:rFonts w:ascii="Arial" w:hAnsi="Arial" w:cs="Arial"/>
          <w:sz w:val="20"/>
          <w:szCs w:val="20"/>
        </w:rPr>
        <w:t>laurea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520DB6">
        <w:rPr>
          <w:rFonts w:ascii="Arial" w:eastAsia="Aptos" w:hAnsi="Arial" w:cs="Arial"/>
          <w:sz w:val="20"/>
          <w:szCs w:val="20"/>
        </w:rPr>
        <w:t>P</w:t>
      </w:r>
      <w:r w:rsidR="00520DB6" w:rsidRPr="00304202">
        <w:rPr>
          <w:rFonts w:ascii="Arial" w:eastAsia="Aptos" w:hAnsi="Arial" w:cs="Arial"/>
          <w:sz w:val="20"/>
          <w:szCs w:val="20"/>
        </w:rPr>
        <w:t>ianificazione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e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politiche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per la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città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,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l’ambiente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e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il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paesaggio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>;</w:t>
      </w:r>
    </w:p>
    <w:p w14:paraId="06853E5A" w14:textId="76704442" w:rsidR="00D07971" w:rsidRPr="00D07971" w:rsidRDefault="00D07971" w:rsidP="00D07971">
      <w:pPr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br/>
        <w:t xml:space="preserve">Anno </w:t>
      </w:r>
      <w:proofErr w:type="spellStart"/>
      <w:r w:rsidRPr="00D07971">
        <w:rPr>
          <w:rFonts w:ascii="Arial" w:hAnsi="Arial" w:cs="Arial"/>
          <w:sz w:val="20"/>
          <w:szCs w:val="20"/>
        </w:rPr>
        <w:t>accademico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□ 2023/2024 □ 2024/2025 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Voto</w:t>
      </w:r>
      <w:proofErr w:type="spellEnd"/>
      <w:r w:rsidRPr="00D07971">
        <w:rPr>
          <w:rFonts w:ascii="Arial" w:hAnsi="Arial" w:cs="Arial"/>
          <w:sz w:val="20"/>
          <w:szCs w:val="20"/>
        </w:rPr>
        <w:t>: ______</w:t>
      </w:r>
    </w:p>
    <w:p w14:paraId="40B5AA42" w14:textId="77777777" w:rsidR="00D07971" w:rsidRPr="00D07971" w:rsidRDefault="00D07971" w:rsidP="00D07971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  <w:proofErr w:type="spellStart"/>
      <w:proofErr w:type="gramStart"/>
      <w:r w:rsidRPr="00D07971">
        <w:rPr>
          <w:rFonts w:ascii="Arial" w:hAnsi="Arial" w:cs="Arial"/>
          <w:sz w:val="20"/>
          <w:szCs w:val="20"/>
        </w:rPr>
        <w:t>Titolo</w:t>
      </w:r>
      <w:proofErr w:type="spellEnd"/>
      <w:r w:rsidRPr="00D07971">
        <w:rPr>
          <w:rFonts w:ascii="Arial" w:hAnsi="Arial" w:cs="Arial"/>
          <w:sz w:val="20"/>
          <w:szCs w:val="20"/>
        </w:rPr>
        <w:t>:_</w:t>
      </w:r>
      <w:proofErr w:type="gramEnd"/>
      <w:r w:rsidRPr="00D07971">
        <w:rPr>
          <w:rFonts w:ascii="Arial" w:hAnsi="Arial" w:cs="Arial"/>
          <w:sz w:val="20"/>
          <w:szCs w:val="20"/>
        </w:rPr>
        <w:t>_____________________________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Relatore</w:t>
      </w:r>
      <w:proofErr w:type="spellEnd"/>
      <w:r w:rsidRPr="00D07971">
        <w:rPr>
          <w:rFonts w:ascii="Arial" w:hAnsi="Arial" w:cs="Arial"/>
          <w:sz w:val="20"/>
          <w:szCs w:val="20"/>
        </w:rPr>
        <w:t>: ______________________________</w:t>
      </w:r>
    </w:p>
    <w:p w14:paraId="05308FE6" w14:textId="77777777" w:rsidR="00D07971" w:rsidRDefault="00D07971" w:rsidP="00D07971">
      <w:pPr>
        <w:spacing w:before="180" w:after="180" w:line="360" w:lineRule="auto"/>
        <w:ind w:left="720"/>
        <w:jc w:val="both"/>
        <w:rPr>
          <w:rFonts w:ascii="Arial" w:eastAsia="Aptos" w:hAnsi="Arial" w:cs="Arial"/>
          <w:sz w:val="20"/>
          <w:szCs w:val="20"/>
        </w:rPr>
      </w:pPr>
    </w:p>
    <w:p w14:paraId="69C998CB" w14:textId="46583709" w:rsidR="00520DB6" w:rsidRPr="00520DB6" w:rsidRDefault="00520DB6" w:rsidP="00520DB6">
      <w:pPr>
        <w:spacing w:before="180" w:after="180" w:line="360" w:lineRule="auto"/>
        <w:rPr>
          <w:rFonts w:ascii="Arial" w:eastAsia="Aptos" w:hAnsi="Arial" w:cs="Arial"/>
          <w:sz w:val="20"/>
          <w:szCs w:val="20"/>
        </w:rPr>
      </w:pPr>
      <w:r w:rsidRPr="00520DB6">
        <w:rPr>
          <w:rFonts w:ascii="Arial" w:hAnsi="Arial" w:cs="Arial"/>
          <w:sz w:val="20"/>
          <w:szCs w:val="20"/>
        </w:rPr>
        <w:t xml:space="preserve">□ di aver </w:t>
      </w:r>
      <w:proofErr w:type="spellStart"/>
      <w:r w:rsidRPr="00520DB6">
        <w:rPr>
          <w:rFonts w:ascii="Arial" w:hAnsi="Arial" w:cs="Arial"/>
          <w:sz w:val="20"/>
          <w:szCs w:val="20"/>
        </w:rPr>
        <w:t>conseguito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520DB6">
        <w:rPr>
          <w:rFonts w:ascii="Arial" w:hAnsi="Arial" w:cs="Arial"/>
          <w:sz w:val="20"/>
          <w:szCs w:val="20"/>
        </w:rPr>
        <w:t>laurea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ptos" w:hAnsi="Arial" w:cs="Arial"/>
          <w:sz w:val="20"/>
          <w:szCs w:val="20"/>
        </w:rPr>
        <w:t>triennale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0DB6">
        <w:rPr>
          <w:rFonts w:ascii="Arial" w:hAnsi="Arial" w:cs="Arial"/>
          <w:sz w:val="20"/>
          <w:szCs w:val="20"/>
        </w:rPr>
        <w:t>presso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0DB6">
        <w:rPr>
          <w:rFonts w:ascii="Arial" w:hAnsi="Arial" w:cs="Arial"/>
          <w:sz w:val="20"/>
          <w:szCs w:val="20"/>
        </w:rPr>
        <w:t>l’Università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0DB6">
        <w:rPr>
          <w:rFonts w:ascii="Arial" w:hAnsi="Arial" w:cs="Arial"/>
          <w:sz w:val="20"/>
          <w:szCs w:val="20"/>
        </w:rPr>
        <w:t>degli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0DB6">
        <w:rPr>
          <w:rFonts w:ascii="Arial" w:hAnsi="Arial" w:cs="Arial"/>
          <w:sz w:val="20"/>
          <w:szCs w:val="20"/>
        </w:rPr>
        <w:t>Studi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 di Sassari</w:t>
      </w:r>
      <w:r w:rsidRPr="00520DB6">
        <w:rPr>
          <w:rFonts w:ascii="Arial" w:hAnsi="Arial" w:cs="Arial"/>
          <w:sz w:val="20"/>
          <w:szCs w:val="20"/>
        </w:rPr>
        <w:br/>
        <w:t xml:space="preserve">Corso di </w:t>
      </w:r>
      <w:proofErr w:type="spellStart"/>
      <w:r w:rsidRPr="00520DB6">
        <w:rPr>
          <w:rFonts w:ascii="Arial" w:hAnsi="Arial" w:cs="Arial"/>
          <w:sz w:val="20"/>
          <w:szCs w:val="20"/>
        </w:rPr>
        <w:t>laurea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Aptos" w:hAnsi="Arial" w:cs="Arial"/>
          <w:sz w:val="20"/>
          <w:szCs w:val="20"/>
        </w:rPr>
        <w:t>Design</w:t>
      </w:r>
    </w:p>
    <w:p w14:paraId="75F79A5B" w14:textId="324E0484" w:rsidR="00520DB6" w:rsidRPr="00520DB6" w:rsidRDefault="00520DB6" w:rsidP="00520DB6">
      <w:pPr>
        <w:rPr>
          <w:rFonts w:ascii="Arial" w:hAnsi="Arial" w:cs="Arial"/>
          <w:sz w:val="20"/>
          <w:szCs w:val="20"/>
        </w:rPr>
      </w:pPr>
      <w:r w:rsidRPr="00520DB6">
        <w:rPr>
          <w:rFonts w:ascii="Arial" w:hAnsi="Arial" w:cs="Arial"/>
          <w:sz w:val="20"/>
          <w:szCs w:val="20"/>
        </w:rPr>
        <w:t xml:space="preserve">Anno </w:t>
      </w:r>
      <w:proofErr w:type="spellStart"/>
      <w:r w:rsidRPr="00520DB6">
        <w:rPr>
          <w:rFonts w:ascii="Arial" w:hAnsi="Arial" w:cs="Arial"/>
          <w:sz w:val="20"/>
          <w:szCs w:val="20"/>
        </w:rPr>
        <w:t>accademico</w:t>
      </w:r>
      <w:proofErr w:type="spellEnd"/>
      <w:r w:rsidRPr="00520DB6">
        <w:rPr>
          <w:rFonts w:ascii="Arial" w:hAnsi="Arial" w:cs="Arial"/>
          <w:sz w:val="20"/>
          <w:szCs w:val="20"/>
        </w:rPr>
        <w:t xml:space="preserve">: □ 2023/2024 □ 2024/2025 </w:t>
      </w:r>
      <w:r w:rsidRPr="00520DB6">
        <w:rPr>
          <w:rFonts w:ascii="Arial" w:hAnsi="Arial" w:cs="Arial"/>
          <w:sz w:val="20"/>
          <w:szCs w:val="20"/>
        </w:rPr>
        <w:br/>
      </w:r>
      <w:proofErr w:type="spellStart"/>
      <w:r w:rsidRPr="00520DB6">
        <w:rPr>
          <w:rFonts w:ascii="Arial" w:hAnsi="Arial" w:cs="Arial"/>
          <w:sz w:val="20"/>
          <w:szCs w:val="20"/>
        </w:rPr>
        <w:t>Voto</w:t>
      </w:r>
      <w:proofErr w:type="spellEnd"/>
      <w:r w:rsidRPr="00520DB6">
        <w:rPr>
          <w:rFonts w:ascii="Arial" w:hAnsi="Arial" w:cs="Arial"/>
          <w:sz w:val="20"/>
          <w:szCs w:val="20"/>
        </w:rPr>
        <w:t>: ______</w:t>
      </w:r>
    </w:p>
    <w:p w14:paraId="36E98381" w14:textId="61E97B5D" w:rsidR="00520DB6" w:rsidRDefault="00520DB6" w:rsidP="00520DB6">
      <w:pPr>
        <w:spacing w:before="180" w:after="18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520DB6">
        <w:rPr>
          <w:rFonts w:ascii="Arial" w:hAnsi="Arial" w:cs="Arial"/>
          <w:sz w:val="20"/>
          <w:szCs w:val="20"/>
        </w:rPr>
        <w:t>Titolo</w:t>
      </w:r>
      <w:proofErr w:type="spellEnd"/>
      <w:r w:rsidRPr="00520DB6">
        <w:rPr>
          <w:rFonts w:ascii="Arial" w:hAnsi="Arial" w:cs="Arial"/>
          <w:sz w:val="20"/>
          <w:szCs w:val="20"/>
        </w:rPr>
        <w:t>:_</w:t>
      </w:r>
      <w:proofErr w:type="gramEnd"/>
      <w:r w:rsidRPr="00520DB6">
        <w:rPr>
          <w:rFonts w:ascii="Arial" w:hAnsi="Arial" w:cs="Arial"/>
          <w:sz w:val="20"/>
          <w:szCs w:val="20"/>
        </w:rPr>
        <w:t>_____________________________</w:t>
      </w:r>
      <w:r w:rsidRPr="00520DB6">
        <w:rPr>
          <w:rFonts w:ascii="Arial" w:hAnsi="Arial" w:cs="Arial"/>
          <w:sz w:val="20"/>
          <w:szCs w:val="20"/>
        </w:rPr>
        <w:br/>
      </w:r>
      <w:proofErr w:type="spellStart"/>
      <w:r w:rsidRPr="00520DB6">
        <w:rPr>
          <w:rFonts w:ascii="Arial" w:hAnsi="Arial" w:cs="Arial"/>
          <w:sz w:val="20"/>
          <w:szCs w:val="20"/>
        </w:rPr>
        <w:t>Relatore</w:t>
      </w:r>
      <w:proofErr w:type="spellEnd"/>
      <w:r w:rsidRPr="00520DB6">
        <w:rPr>
          <w:rFonts w:ascii="Arial" w:hAnsi="Arial" w:cs="Arial"/>
          <w:sz w:val="20"/>
          <w:szCs w:val="20"/>
        </w:rPr>
        <w:t>: ______________________________</w:t>
      </w:r>
    </w:p>
    <w:p w14:paraId="552E8224" w14:textId="7443735F" w:rsidR="001B1C07" w:rsidRDefault="001B1C07" w:rsidP="00520DB6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5AADEA9D" w14:textId="5D0E607A" w:rsidR="001B1C07" w:rsidRDefault="001B1C07" w:rsidP="00520DB6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0B980130" w14:textId="77777777" w:rsidR="001B1C07" w:rsidRPr="00520DB6" w:rsidRDefault="001B1C07" w:rsidP="00520DB6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4E73E1EF" w14:textId="77777777" w:rsidR="00520DB6" w:rsidRPr="00304202" w:rsidRDefault="00520DB6" w:rsidP="00520DB6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lastRenderedPageBreak/>
        <w:t xml:space="preserve">□ di aver </w:t>
      </w:r>
      <w:proofErr w:type="spellStart"/>
      <w:r w:rsidRPr="00D07971">
        <w:rPr>
          <w:rFonts w:ascii="Arial" w:hAnsi="Arial" w:cs="Arial"/>
          <w:sz w:val="20"/>
          <w:szCs w:val="20"/>
        </w:rPr>
        <w:t>conseguito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dottorato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ricerca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presso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l’Università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degli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07971">
        <w:rPr>
          <w:rFonts w:ascii="Arial" w:hAnsi="Arial" w:cs="Arial"/>
          <w:sz w:val="20"/>
          <w:szCs w:val="20"/>
        </w:rPr>
        <w:t>Studi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di Sassari</w:t>
      </w:r>
      <w:r w:rsidRPr="00D07971">
        <w:rPr>
          <w:rFonts w:ascii="Arial" w:hAnsi="Arial" w:cs="Arial"/>
          <w:sz w:val="20"/>
          <w:szCs w:val="20"/>
        </w:rPr>
        <w:br/>
        <w:t xml:space="preserve">Corso di </w:t>
      </w:r>
      <w:proofErr w:type="spellStart"/>
      <w:r>
        <w:rPr>
          <w:rFonts w:ascii="Arial" w:hAnsi="Arial" w:cs="Arial"/>
          <w:sz w:val="20"/>
          <w:szCs w:val="20"/>
        </w:rPr>
        <w:t>dottorato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Architettura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e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Ambiente</w:t>
      </w:r>
      <w:proofErr w:type="spellEnd"/>
    </w:p>
    <w:p w14:paraId="693139AB" w14:textId="5486B252" w:rsidR="00520DB6" w:rsidRPr="00304202" w:rsidRDefault="00520DB6" w:rsidP="00520DB6">
      <w:pPr>
        <w:spacing w:before="180" w:after="180" w:line="360" w:lineRule="auto"/>
        <w:rPr>
          <w:rFonts w:ascii="Arial" w:eastAsia="Aptos" w:hAnsi="Arial" w:cs="Arial"/>
          <w:sz w:val="20"/>
          <w:szCs w:val="20"/>
        </w:rPr>
      </w:pPr>
    </w:p>
    <w:p w14:paraId="207E394D" w14:textId="77777777" w:rsidR="00520DB6" w:rsidRPr="00D07971" w:rsidRDefault="00520DB6" w:rsidP="00520DB6">
      <w:pPr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br/>
        <w:t xml:space="preserve">Anno </w:t>
      </w:r>
      <w:proofErr w:type="spellStart"/>
      <w:r w:rsidRPr="00D07971">
        <w:rPr>
          <w:rFonts w:ascii="Arial" w:hAnsi="Arial" w:cs="Arial"/>
          <w:sz w:val="20"/>
          <w:szCs w:val="20"/>
        </w:rPr>
        <w:t>accademico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: □ 2023/2024 □ 2024/2025 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Voto</w:t>
      </w:r>
      <w:proofErr w:type="spellEnd"/>
      <w:r w:rsidRPr="00D07971">
        <w:rPr>
          <w:rFonts w:ascii="Arial" w:hAnsi="Arial" w:cs="Arial"/>
          <w:sz w:val="20"/>
          <w:szCs w:val="20"/>
        </w:rPr>
        <w:t>: ______</w:t>
      </w:r>
    </w:p>
    <w:p w14:paraId="25691332" w14:textId="77777777" w:rsidR="00520DB6" w:rsidRPr="00D07971" w:rsidRDefault="00520DB6" w:rsidP="00520DB6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  <w:proofErr w:type="spellStart"/>
      <w:proofErr w:type="gramStart"/>
      <w:r w:rsidRPr="00D07971">
        <w:rPr>
          <w:rFonts w:ascii="Arial" w:hAnsi="Arial" w:cs="Arial"/>
          <w:sz w:val="20"/>
          <w:szCs w:val="20"/>
        </w:rPr>
        <w:t>Titolo</w:t>
      </w:r>
      <w:proofErr w:type="spellEnd"/>
      <w:r w:rsidRPr="00D07971">
        <w:rPr>
          <w:rFonts w:ascii="Arial" w:hAnsi="Arial" w:cs="Arial"/>
          <w:sz w:val="20"/>
          <w:szCs w:val="20"/>
        </w:rPr>
        <w:t>:_</w:t>
      </w:r>
      <w:proofErr w:type="gramEnd"/>
      <w:r w:rsidRPr="00D07971">
        <w:rPr>
          <w:rFonts w:ascii="Arial" w:hAnsi="Arial" w:cs="Arial"/>
          <w:sz w:val="20"/>
          <w:szCs w:val="20"/>
        </w:rPr>
        <w:t>_____________________________</w:t>
      </w: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Relatore</w:t>
      </w:r>
      <w:proofErr w:type="spellEnd"/>
      <w:r w:rsidRPr="00D07971">
        <w:rPr>
          <w:rFonts w:ascii="Arial" w:hAnsi="Arial" w:cs="Arial"/>
          <w:sz w:val="20"/>
          <w:szCs w:val="20"/>
        </w:rPr>
        <w:t>: ______________________________</w:t>
      </w:r>
    </w:p>
    <w:p w14:paraId="6F2B3F88" w14:textId="77777777" w:rsidR="00520DB6" w:rsidRDefault="00520DB6" w:rsidP="00520DB6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4FC7E090" w14:textId="4EAF681D" w:rsidR="00D07971" w:rsidRPr="00304202" w:rsidRDefault="00D07971" w:rsidP="00520DB6">
      <w:pPr>
        <w:spacing w:before="180" w:after="180" w:line="360" w:lineRule="auto"/>
        <w:jc w:val="both"/>
        <w:rPr>
          <w:rFonts w:ascii="Arial" w:eastAsia="Aptos" w:hAnsi="Arial" w:cs="Arial"/>
          <w:sz w:val="20"/>
          <w:szCs w:val="20"/>
        </w:rPr>
      </w:pPr>
    </w:p>
    <w:p w14:paraId="6544AD01" w14:textId="134BD4C9" w:rsidR="003956D0" w:rsidRPr="00D07971" w:rsidRDefault="003956D0">
      <w:pPr>
        <w:rPr>
          <w:rFonts w:ascii="Arial" w:hAnsi="Arial" w:cs="Arial"/>
          <w:sz w:val="20"/>
          <w:szCs w:val="20"/>
        </w:rPr>
      </w:pPr>
    </w:p>
    <w:p w14:paraId="14FCC8C7" w14:textId="77777777" w:rsidR="00520DB6" w:rsidRPr="00304202" w:rsidRDefault="0062553E" w:rsidP="00520DB6">
      <w:pPr>
        <w:spacing w:before="36" w:after="36" w:line="360" w:lineRule="auto"/>
        <w:jc w:val="both"/>
        <w:rPr>
          <w:rFonts w:ascii="Arial" w:eastAsia="Aptos" w:hAnsi="Arial" w:cs="Arial"/>
          <w:sz w:val="20"/>
          <w:szCs w:val="20"/>
        </w:rPr>
      </w:pPr>
      <w:proofErr w:type="spellStart"/>
      <w:r w:rsidRPr="00D07971">
        <w:rPr>
          <w:rFonts w:ascii="Arial" w:hAnsi="Arial" w:cs="Arial"/>
          <w:sz w:val="20"/>
          <w:szCs w:val="20"/>
        </w:rPr>
        <w:t>Allega</w:t>
      </w:r>
      <w:proofErr w:type="spellEnd"/>
      <w:r w:rsidRPr="00D07971">
        <w:rPr>
          <w:rFonts w:ascii="Arial" w:hAnsi="Arial" w:cs="Arial"/>
          <w:sz w:val="20"/>
          <w:szCs w:val="20"/>
        </w:rPr>
        <w:t>:</w:t>
      </w:r>
      <w:r w:rsidRPr="00D07971">
        <w:rPr>
          <w:rFonts w:ascii="Arial" w:hAnsi="Arial" w:cs="Arial"/>
          <w:sz w:val="20"/>
          <w:szCs w:val="20"/>
        </w:rPr>
        <w:br/>
        <w:t xml:space="preserve">□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copia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della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tesi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di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laurea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o di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dottorato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in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formato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PDF;</w:t>
      </w:r>
    </w:p>
    <w:p w14:paraId="40AF31E4" w14:textId="6A7134D3" w:rsidR="00520DB6" w:rsidRPr="00304202" w:rsidRDefault="00520DB6" w:rsidP="00520DB6">
      <w:pPr>
        <w:spacing w:before="36" w:after="36" w:line="360" w:lineRule="auto"/>
        <w:jc w:val="both"/>
        <w:rPr>
          <w:rFonts w:ascii="Arial" w:eastAsia="Aptos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□ </w:t>
      </w:r>
      <w:r w:rsidRPr="00304202">
        <w:rPr>
          <w:rFonts w:ascii="Arial" w:eastAsia="Aptos" w:hAnsi="Arial" w:cs="Arial"/>
          <w:sz w:val="20"/>
          <w:szCs w:val="20"/>
        </w:rPr>
        <w:t xml:space="preserve">abstract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della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tesi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(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massimo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4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pagine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per le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tesi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di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laurea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e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massimo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2000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caratteri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,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spazi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inclusi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, per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Ie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tesi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di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dottorato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>);</w:t>
      </w:r>
    </w:p>
    <w:p w14:paraId="1C19C921" w14:textId="1404603E" w:rsidR="00520DB6" w:rsidRPr="00304202" w:rsidRDefault="00520DB6" w:rsidP="00520DB6">
      <w:pPr>
        <w:spacing w:before="36" w:after="36" w:line="360" w:lineRule="auto"/>
        <w:jc w:val="both"/>
        <w:rPr>
          <w:rFonts w:ascii="Arial" w:eastAsia="Aptos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□ </w:t>
      </w:r>
      <w:r w:rsidRPr="00304202">
        <w:rPr>
          <w:rFonts w:ascii="Arial" w:eastAsia="Aptos" w:hAnsi="Arial" w:cs="Arial"/>
          <w:sz w:val="20"/>
          <w:szCs w:val="20"/>
        </w:rPr>
        <w:t xml:space="preserve">curriculum vitae et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studiorum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,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datato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 xml:space="preserve"> e </w:t>
      </w:r>
      <w:proofErr w:type="spellStart"/>
      <w:r w:rsidRPr="00304202">
        <w:rPr>
          <w:rFonts w:ascii="Arial" w:eastAsia="Aptos" w:hAnsi="Arial" w:cs="Arial"/>
          <w:sz w:val="20"/>
          <w:szCs w:val="20"/>
        </w:rPr>
        <w:t>sottoscritto</w:t>
      </w:r>
      <w:proofErr w:type="spellEnd"/>
      <w:r w:rsidRPr="00304202">
        <w:rPr>
          <w:rFonts w:ascii="Arial" w:eastAsia="Aptos" w:hAnsi="Arial" w:cs="Arial"/>
          <w:sz w:val="20"/>
          <w:szCs w:val="20"/>
        </w:rPr>
        <w:t>;</w:t>
      </w:r>
    </w:p>
    <w:p w14:paraId="2445AD8A" w14:textId="54A5414A" w:rsidR="00520DB6" w:rsidRPr="00304202" w:rsidRDefault="00C741B4" w:rsidP="00C741B4">
      <w:pPr>
        <w:spacing w:before="36" w:after="36" w:line="360" w:lineRule="auto"/>
        <w:jc w:val="both"/>
        <w:rPr>
          <w:rFonts w:ascii="Arial" w:eastAsia="Aptos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□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copia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di un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documento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di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identità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in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corso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 xml:space="preserve"> di </w:t>
      </w:r>
      <w:proofErr w:type="spellStart"/>
      <w:r w:rsidR="00520DB6" w:rsidRPr="00304202">
        <w:rPr>
          <w:rFonts w:ascii="Arial" w:eastAsia="Aptos" w:hAnsi="Arial" w:cs="Arial"/>
          <w:sz w:val="20"/>
          <w:szCs w:val="20"/>
        </w:rPr>
        <w:t>validità</w:t>
      </w:r>
      <w:proofErr w:type="spellEnd"/>
      <w:r w:rsidR="00520DB6" w:rsidRPr="00304202">
        <w:rPr>
          <w:rFonts w:ascii="Arial" w:eastAsia="Aptos" w:hAnsi="Arial" w:cs="Arial"/>
          <w:sz w:val="20"/>
          <w:szCs w:val="20"/>
        </w:rPr>
        <w:t>;</w:t>
      </w:r>
    </w:p>
    <w:p w14:paraId="74FD20D0" w14:textId="57D156D3" w:rsidR="003956D0" w:rsidRPr="00D07971" w:rsidRDefault="003956D0" w:rsidP="00520DB6">
      <w:pPr>
        <w:rPr>
          <w:rFonts w:ascii="Arial" w:hAnsi="Arial" w:cs="Arial"/>
          <w:sz w:val="20"/>
          <w:szCs w:val="20"/>
        </w:rPr>
      </w:pPr>
    </w:p>
    <w:p w14:paraId="28BCD72F" w14:textId="49AE2A48" w:rsidR="003956D0" w:rsidRPr="00D07971" w:rsidRDefault="0062553E" w:rsidP="0062553E">
      <w:pPr>
        <w:rPr>
          <w:rFonts w:ascii="Arial" w:hAnsi="Arial" w:cs="Arial"/>
          <w:sz w:val="20"/>
          <w:szCs w:val="20"/>
        </w:rPr>
      </w:pPr>
      <w:r w:rsidRPr="00D07971">
        <w:rPr>
          <w:rFonts w:ascii="Arial" w:hAnsi="Arial" w:cs="Arial"/>
          <w:sz w:val="20"/>
          <w:szCs w:val="20"/>
        </w:rPr>
        <w:t xml:space="preserve">Il/La </w:t>
      </w:r>
      <w:proofErr w:type="spellStart"/>
      <w:r w:rsidRPr="00D07971">
        <w:rPr>
          <w:rFonts w:ascii="Arial" w:hAnsi="Arial" w:cs="Arial"/>
          <w:sz w:val="20"/>
          <w:szCs w:val="20"/>
        </w:rPr>
        <w:t>sottoscritto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/a </w:t>
      </w:r>
      <w:proofErr w:type="spellStart"/>
      <w:r w:rsidRPr="00D07971">
        <w:rPr>
          <w:rFonts w:ascii="Arial" w:hAnsi="Arial" w:cs="Arial"/>
          <w:sz w:val="20"/>
          <w:szCs w:val="20"/>
        </w:rPr>
        <w:t>dichiara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di aver preso visione </w:t>
      </w:r>
      <w:proofErr w:type="spellStart"/>
      <w:r w:rsidRPr="00D07971">
        <w:rPr>
          <w:rFonts w:ascii="Arial" w:hAnsi="Arial" w:cs="Arial"/>
          <w:sz w:val="20"/>
          <w:szCs w:val="20"/>
        </w:rPr>
        <w:t>dell’informativa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privacy ai </w:t>
      </w:r>
      <w:proofErr w:type="spellStart"/>
      <w:r w:rsidRPr="00D07971">
        <w:rPr>
          <w:rFonts w:ascii="Arial" w:hAnsi="Arial" w:cs="Arial"/>
          <w:sz w:val="20"/>
          <w:szCs w:val="20"/>
        </w:rPr>
        <w:t>sensi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del</w:t>
      </w:r>
      <w:r w:rsidR="003956D0" w:rsidRPr="00D0797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56D0" w:rsidRPr="00D07971">
        <w:rPr>
          <w:rFonts w:ascii="Arial" w:hAnsi="Arial" w:cs="Arial"/>
          <w:sz w:val="20"/>
          <w:szCs w:val="20"/>
        </w:rPr>
        <w:t>R</w:t>
      </w:r>
      <w:r w:rsidRPr="00D07971">
        <w:rPr>
          <w:rFonts w:ascii="Arial" w:hAnsi="Arial" w:cs="Arial"/>
          <w:sz w:val="20"/>
          <w:szCs w:val="20"/>
        </w:rPr>
        <w:t>egolamento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(UE) 2016/679.</w:t>
      </w:r>
      <w:r w:rsidRPr="00D07971">
        <w:rPr>
          <w:rFonts w:ascii="Arial" w:hAnsi="Arial" w:cs="Arial"/>
          <w:sz w:val="20"/>
          <w:szCs w:val="20"/>
        </w:rPr>
        <w:br/>
      </w:r>
      <w:r w:rsidRPr="00D07971">
        <w:rPr>
          <w:rFonts w:ascii="Arial" w:hAnsi="Arial" w:cs="Arial"/>
          <w:sz w:val="20"/>
          <w:szCs w:val="20"/>
        </w:rPr>
        <w:br/>
      </w:r>
    </w:p>
    <w:p w14:paraId="2FEF02FB" w14:textId="77777777" w:rsidR="003956D0" w:rsidRPr="00D07971" w:rsidRDefault="003956D0" w:rsidP="003956D0">
      <w:pPr>
        <w:jc w:val="both"/>
        <w:rPr>
          <w:rFonts w:ascii="Arial" w:hAnsi="Arial" w:cs="Arial"/>
          <w:sz w:val="20"/>
          <w:szCs w:val="20"/>
        </w:rPr>
      </w:pPr>
    </w:p>
    <w:p w14:paraId="0EA58B10" w14:textId="77777777" w:rsidR="003956D0" w:rsidRPr="00D07971" w:rsidRDefault="003956D0" w:rsidP="003956D0">
      <w:pPr>
        <w:jc w:val="both"/>
        <w:rPr>
          <w:rFonts w:ascii="Arial" w:hAnsi="Arial" w:cs="Arial"/>
          <w:sz w:val="20"/>
          <w:szCs w:val="20"/>
        </w:rPr>
      </w:pPr>
    </w:p>
    <w:p w14:paraId="128556AD" w14:textId="77777777" w:rsidR="003956D0" w:rsidRPr="00D07971" w:rsidRDefault="0062553E" w:rsidP="003956D0">
      <w:pPr>
        <w:rPr>
          <w:rFonts w:ascii="Arial" w:hAnsi="Arial" w:cs="Arial"/>
          <w:sz w:val="20"/>
          <w:szCs w:val="20"/>
        </w:rPr>
      </w:pPr>
      <w:proofErr w:type="spellStart"/>
      <w:r w:rsidRPr="00D07971">
        <w:rPr>
          <w:rFonts w:ascii="Arial" w:hAnsi="Arial" w:cs="Arial"/>
          <w:sz w:val="20"/>
          <w:szCs w:val="20"/>
        </w:rPr>
        <w:t>Luogo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e data __________</w:t>
      </w:r>
      <w:r w:rsidR="003956D0" w:rsidRPr="00D07971">
        <w:rPr>
          <w:rFonts w:ascii="Arial" w:hAnsi="Arial" w:cs="Arial"/>
          <w:sz w:val="20"/>
          <w:szCs w:val="20"/>
        </w:rPr>
        <w:t xml:space="preserve"> </w:t>
      </w:r>
    </w:p>
    <w:p w14:paraId="5857F01A" w14:textId="77777777" w:rsidR="003956D0" w:rsidRPr="00D07971" w:rsidRDefault="003956D0" w:rsidP="003956D0">
      <w:pPr>
        <w:rPr>
          <w:rFonts w:ascii="Arial" w:hAnsi="Arial" w:cs="Arial"/>
          <w:sz w:val="20"/>
          <w:szCs w:val="20"/>
        </w:rPr>
      </w:pPr>
    </w:p>
    <w:p w14:paraId="2E3AA723" w14:textId="205AD988" w:rsidR="00925371" w:rsidRPr="003956D0" w:rsidRDefault="003956D0" w:rsidP="003956D0">
      <w:pPr>
        <w:ind w:left="5760"/>
        <w:rPr>
          <w:rFonts w:ascii="Arial" w:hAnsi="Arial" w:cs="Arial"/>
        </w:rPr>
      </w:pPr>
      <w:r w:rsidRPr="00D07971">
        <w:rPr>
          <w:rFonts w:ascii="Arial" w:hAnsi="Arial" w:cs="Arial"/>
          <w:sz w:val="20"/>
          <w:szCs w:val="20"/>
        </w:rPr>
        <w:br/>
      </w:r>
      <w:proofErr w:type="spellStart"/>
      <w:r w:rsidRPr="00D07971">
        <w:rPr>
          <w:rFonts w:ascii="Arial" w:hAnsi="Arial" w:cs="Arial"/>
          <w:sz w:val="20"/>
          <w:szCs w:val="20"/>
        </w:rPr>
        <w:t>Firma</w:t>
      </w:r>
      <w:proofErr w:type="spellEnd"/>
      <w:r w:rsidRPr="00D07971">
        <w:rPr>
          <w:rFonts w:ascii="Arial" w:hAnsi="Arial" w:cs="Arial"/>
          <w:sz w:val="20"/>
          <w:szCs w:val="20"/>
        </w:rPr>
        <w:t xml:space="preserve"> __________________</w:t>
      </w:r>
      <w:r w:rsidRPr="00D07971">
        <w:rPr>
          <w:rFonts w:ascii="Arial" w:hAnsi="Arial" w:cs="Arial"/>
          <w:sz w:val="20"/>
          <w:szCs w:val="20"/>
        </w:rPr>
        <w:br/>
      </w:r>
    </w:p>
    <w:sectPr w:rsidR="00925371" w:rsidRPr="003956D0" w:rsidSect="003956D0">
      <w:headerReference w:type="default" r:id="rId8"/>
      <w:footerReference w:type="default" r:id="rId9"/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4B04E" w14:textId="77777777" w:rsidR="00992242" w:rsidRDefault="00992242" w:rsidP="00D07971">
      <w:pPr>
        <w:spacing w:after="0" w:line="240" w:lineRule="auto"/>
      </w:pPr>
      <w:r>
        <w:separator/>
      </w:r>
    </w:p>
  </w:endnote>
  <w:endnote w:type="continuationSeparator" w:id="0">
    <w:p w14:paraId="776F8D1F" w14:textId="77777777" w:rsidR="00992242" w:rsidRDefault="00992242" w:rsidP="00D0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301196"/>
      <w:docPartObj>
        <w:docPartGallery w:val="Page Numbers (Bottom of Page)"/>
        <w:docPartUnique/>
      </w:docPartObj>
    </w:sdtPr>
    <w:sdtContent>
      <w:p w14:paraId="55A403FF" w14:textId="26113691" w:rsidR="001B1C07" w:rsidRDefault="001B1C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47C921D" w14:textId="77777777" w:rsidR="001B1C07" w:rsidRDefault="001B1C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292DC" w14:textId="77777777" w:rsidR="00992242" w:rsidRDefault="00992242" w:rsidP="00D07971">
      <w:pPr>
        <w:spacing w:after="0" w:line="240" w:lineRule="auto"/>
      </w:pPr>
      <w:r>
        <w:separator/>
      </w:r>
    </w:p>
  </w:footnote>
  <w:footnote w:type="continuationSeparator" w:id="0">
    <w:p w14:paraId="4DA9CF7B" w14:textId="77777777" w:rsidR="00992242" w:rsidRDefault="00992242" w:rsidP="00D07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63EA9" w14:textId="60665960" w:rsidR="00D07971" w:rsidRDefault="00D07971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517F996E" wp14:editId="290FFD06">
          <wp:simplePos x="0" y="0"/>
          <wp:positionH relativeFrom="margin">
            <wp:posOffset>-977900</wp:posOffset>
          </wp:positionH>
          <wp:positionV relativeFrom="page">
            <wp:posOffset>177800</wp:posOffset>
          </wp:positionV>
          <wp:extent cx="7262114" cy="901887"/>
          <wp:effectExtent l="0" t="0" r="0" b="0"/>
          <wp:wrapNone/>
          <wp:docPr id="692443959" name="image1.jpeg" descr="Immagine che contiene testo, schermata, Carattere,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443959" name="image1.jpeg" descr="Immagine che contiene testo, schermata, Carattere, desig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62114" cy="901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1"/>
    <w:multiLevelType w:val="multilevel"/>
    <w:tmpl w:val="240AEFC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C014B4"/>
    <w:multiLevelType w:val="hybridMultilevel"/>
    <w:tmpl w:val="77B03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1C07"/>
    <w:rsid w:val="0029639D"/>
    <w:rsid w:val="00326F90"/>
    <w:rsid w:val="003956D0"/>
    <w:rsid w:val="00520DB6"/>
    <w:rsid w:val="0056481C"/>
    <w:rsid w:val="0062553E"/>
    <w:rsid w:val="00925371"/>
    <w:rsid w:val="00992242"/>
    <w:rsid w:val="00A9178B"/>
    <w:rsid w:val="00AA1D8D"/>
    <w:rsid w:val="00B47730"/>
    <w:rsid w:val="00B8013A"/>
    <w:rsid w:val="00C741B4"/>
    <w:rsid w:val="00CB0664"/>
    <w:rsid w:val="00D079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5E690B"/>
  <w14:defaultImageDpi w14:val="300"/>
  <w15:docId w15:val="{91F19C25-1B77-42F0-B57B-7CF808CF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ABD487-F857-4D17-94F6-80C89BF5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UDANCH Rosanna</cp:lastModifiedBy>
  <cp:revision>4</cp:revision>
  <dcterms:created xsi:type="dcterms:W3CDTF">2026-07-29T11:32:00Z</dcterms:created>
  <dcterms:modified xsi:type="dcterms:W3CDTF">2026-07-29T11:36:00Z</dcterms:modified>
  <cp:category/>
</cp:coreProperties>
</file>