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456A" w14:textId="77777777" w:rsidR="00B24F5C" w:rsidRPr="00B24F5C" w:rsidRDefault="00B24F5C" w:rsidP="00B24F5C">
      <w:pPr>
        <w:jc w:val="center"/>
        <w:rPr>
          <w:rFonts w:ascii="Palatino Linotype" w:hAnsi="Palatino Linotype"/>
          <w:b/>
          <w:bCs/>
        </w:rPr>
      </w:pPr>
      <w:r w:rsidRPr="00B24F5C">
        <w:rPr>
          <w:rFonts w:ascii="Palatino Linotype" w:hAnsi="Palatino Linotype"/>
          <w:b/>
          <w:bCs/>
        </w:rPr>
        <w:t>BANDO PER L’ASSEGNAZIONE DI N. 30 PREMI RISERVATI A LAUREATI DEI CORSI DI LAUREA TRIENNALI, MAGISTRALI E DEI CORSI DI DOTTORATO AFFERENTI AL DIPARTIMENTO DI SCIENZE BIOMEDICHE</w:t>
      </w:r>
    </w:p>
    <w:p w14:paraId="198FC4D1" w14:textId="3BA5E573" w:rsidR="00925371" w:rsidRPr="00B24F5C" w:rsidRDefault="003956D0" w:rsidP="00B24F5C">
      <w:pPr>
        <w:jc w:val="center"/>
        <w:rPr>
          <w:rFonts w:ascii="Palatino Linotype" w:hAnsi="Palatino Linotype" w:cs="Arial"/>
          <w:b/>
          <w:bCs/>
          <w:sz w:val="20"/>
          <w:szCs w:val="20"/>
        </w:rPr>
      </w:pPr>
      <w:proofErr w:type="spellStart"/>
      <w:r w:rsidRPr="00B24F5C">
        <w:rPr>
          <w:rFonts w:ascii="Palatino Linotype" w:hAnsi="Palatino Linotype" w:cs="Arial"/>
          <w:sz w:val="20"/>
          <w:szCs w:val="20"/>
        </w:rPr>
        <w:t>Finanziamento</w:t>
      </w:r>
      <w:proofErr w:type="spellEnd"/>
      <w:r w:rsidRPr="00B24F5C">
        <w:rPr>
          <w:rFonts w:ascii="Palatino Linotype" w:hAnsi="Palatino Linotype" w:cs="Arial"/>
          <w:sz w:val="20"/>
          <w:szCs w:val="20"/>
        </w:rPr>
        <w:t xml:space="preserve"> a </w:t>
      </w:r>
      <w:proofErr w:type="spellStart"/>
      <w:r w:rsidRPr="00B24F5C">
        <w:rPr>
          <w:rFonts w:ascii="Palatino Linotype" w:hAnsi="Palatino Linotype" w:cs="Arial"/>
          <w:sz w:val="20"/>
          <w:szCs w:val="20"/>
        </w:rPr>
        <w:t>valere</w:t>
      </w:r>
      <w:proofErr w:type="spellEnd"/>
      <w:r w:rsidRPr="00B24F5C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B24F5C">
        <w:rPr>
          <w:rFonts w:ascii="Palatino Linotype" w:hAnsi="Palatino Linotype" w:cs="Arial"/>
          <w:sz w:val="20"/>
          <w:szCs w:val="20"/>
        </w:rPr>
        <w:t>sul</w:t>
      </w:r>
      <w:proofErr w:type="spellEnd"/>
      <w:r w:rsidRPr="00B24F5C">
        <w:rPr>
          <w:rFonts w:ascii="Palatino Linotype" w:hAnsi="Palatino Linotype" w:cs="Arial"/>
          <w:sz w:val="20"/>
          <w:szCs w:val="20"/>
        </w:rPr>
        <w:t xml:space="preserve"> Fondo per i Poli Universitari Tecnico-Scientifici nel Mezzogiorno (D.M. n. 1937 del 31 dicembre 2024</w:t>
      </w:r>
      <w:r w:rsidRPr="00B24F5C">
        <w:rPr>
          <w:rFonts w:ascii="Palatino Linotype" w:hAnsi="Palatino Linotype" w:cs="Arial"/>
          <w:b/>
          <w:bCs/>
          <w:sz w:val="20"/>
          <w:szCs w:val="20"/>
        </w:rPr>
        <w:t>)</w:t>
      </w:r>
    </w:p>
    <w:p w14:paraId="6710B00C" w14:textId="77777777" w:rsidR="003956D0" w:rsidRPr="00B24F5C" w:rsidRDefault="003956D0">
      <w:pPr>
        <w:rPr>
          <w:rFonts w:ascii="Palatino Linotype" w:hAnsi="Palatino Linotype" w:cs="Arial"/>
        </w:rPr>
      </w:pPr>
    </w:p>
    <w:p w14:paraId="2AE9AAA1" w14:textId="024C1473" w:rsidR="003956D0" w:rsidRPr="00B24F5C" w:rsidRDefault="0062553E" w:rsidP="003956D0">
      <w:pPr>
        <w:jc w:val="right"/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Al Direttore del Dipartimento di </w:t>
      </w:r>
      <w:r w:rsidR="00B24F5C" w:rsidRPr="00B24F5C">
        <w:rPr>
          <w:rFonts w:ascii="Palatino Linotype" w:hAnsi="Palatino Linotype" w:cs="Arial"/>
        </w:rPr>
        <w:t>Scienze Biomediche</w:t>
      </w:r>
    </w:p>
    <w:p w14:paraId="3ECA820A" w14:textId="7DA23E52" w:rsidR="00B24F5C" w:rsidRPr="00B24F5C" w:rsidRDefault="00B24F5C" w:rsidP="003956D0">
      <w:pPr>
        <w:jc w:val="right"/>
        <w:rPr>
          <w:rFonts w:ascii="Palatino Linotype" w:hAnsi="Palatino Linotype" w:cs="Arial"/>
        </w:rPr>
      </w:pPr>
      <w:hyperlink r:id="rId8" w:history="1">
        <w:r w:rsidRPr="00B24F5C">
          <w:rPr>
            <w:rStyle w:val="Collegamentoipertestuale"/>
            <w:rFonts w:ascii="Palatino Linotype" w:hAnsi="Palatino Linotype"/>
          </w:rPr>
          <w:t>biomediche@uniss.it</w:t>
        </w:r>
      </w:hyperlink>
    </w:p>
    <w:p w14:paraId="5ECEFE25" w14:textId="77777777" w:rsidR="00B24F5C" w:rsidRPr="00B24F5C" w:rsidRDefault="00B24F5C" w:rsidP="003956D0">
      <w:pPr>
        <w:spacing w:after="0" w:line="360" w:lineRule="auto"/>
        <w:rPr>
          <w:rFonts w:ascii="Palatino Linotype" w:hAnsi="Palatino Linotype" w:cs="Arial"/>
        </w:rPr>
      </w:pPr>
    </w:p>
    <w:p w14:paraId="38D64CAD" w14:textId="543DB82A" w:rsidR="00B24F5C" w:rsidRPr="00B24F5C" w:rsidRDefault="0062553E" w:rsidP="003956D0">
      <w:pPr>
        <w:spacing w:after="0" w:line="360" w:lineRule="auto"/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Il/La </w:t>
      </w:r>
      <w:proofErr w:type="spellStart"/>
      <w:r w:rsidRPr="00B24F5C">
        <w:rPr>
          <w:rFonts w:ascii="Palatino Linotype" w:hAnsi="Palatino Linotype" w:cs="Arial"/>
        </w:rPr>
        <w:t>sottoscritto</w:t>
      </w:r>
      <w:proofErr w:type="spellEnd"/>
      <w:r w:rsidRPr="00B24F5C">
        <w:rPr>
          <w:rFonts w:ascii="Palatino Linotype" w:hAnsi="Palatino Linotype" w:cs="Arial"/>
        </w:rPr>
        <w:t xml:space="preserve">/a __________________ </w:t>
      </w:r>
      <w:proofErr w:type="spellStart"/>
      <w:r w:rsidRPr="00B24F5C">
        <w:rPr>
          <w:rFonts w:ascii="Palatino Linotype" w:hAnsi="Palatino Linotype" w:cs="Arial"/>
        </w:rPr>
        <w:t>nato</w:t>
      </w:r>
      <w:proofErr w:type="spellEnd"/>
      <w:r w:rsidRPr="00B24F5C">
        <w:rPr>
          <w:rFonts w:ascii="Palatino Linotype" w:hAnsi="Palatino Linotype" w:cs="Arial"/>
        </w:rPr>
        <w:t>/a a __________ il ___</w:t>
      </w:r>
      <w:r w:rsidR="003956D0" w:rsidRPr="00B24F5C">
        <w:rPr>
          <w:rFonts w:ascii="Palatino Linotype" w:hAnsi="Palatino Linotype" w:cs="Arial"/>
        </w:rPr>
        <w:t>_________</w:t>
      </w:r>
      <w:r w:rsidRPr="00B24F5C">
        <w:rPr>
          <w:rFonts w:ascii="Palatino Linotype" w:hAnsi="Palatino Linotype" w:cs="Arial"/>
        </w:rPr>
        <w:t>___ C.F. _______</w:t>
      </w:r>
      <w:r w:rsidR="003956D0" w:rsidRPr="00B24F5C">
        <w:rPr>
          <w:rFonts w:ascii="Palatino Linotype" w:hAnsi="Palatino Linotype" w:cs="Arial"/>
        </w:rPr>
        <w:t>_____</w:t>
      </w:r>
      <w:r w:rsidRPr="00B24F5C">
        <w:rPr>
          <w:rFonts w:ascii="Palatino Linotype" w:hAnsi="Palatino Linotype" w:cs="Arial"/>
        </w:rPr>
        <w:t xml:space="preserve">__ </w:t>
      </w:r>
      <w:proofErr w:type="spellStart"/>
      <w:r w:rsidRPr="00B24F5C">
        <w:rPr>
          <w:rFonts w:ascii="Palatino Linotype" w:hAnsi="Palatino Linotype" w:cs="Arial"/>
        </w:rPr>
        <w:t>residente</w:t>
      </w:r>
      <w:proofErr w:type="spellEnd"/>
      <w:r w:rsidRPr="00B24F5C">
        <w:rPr>
          <w:rFonts w:ascii="Palatino Linotype" w:hAnsi="Palatino Linotype" w:cs="Arial"/>
        </w:rPr>
        <w:t xml:space="preserve"> in _________</w:t>
      </w:r>
      <w:r w:rsidR="003956D0" w:rsidRPr="00B24F5C">
        <w:rPr>
          <w:rFonts w:ascii="Palatino Linotype" w:hAnsi="Palatino Linotype" w:cs="Arial"/>
        </w:rPr>
        <w:t>___</w:t>
      </w:r>
      <w:r w:rsidR="003956D0" w:rsidRPr="00B24F5C">
        <w:rPr>
          <w:rFonts w:ascii="Palatino Linotype" w:hAnsi="Palatino Linotype" w:cs="Arial"/>
          <w:vertAlign w:val="subscript"/>
        </w:rPr>
        <w:t>____________</w:t>
      </w:r>
      <w:r w:rsidRPr="00B24F5C">
        <w:rPr>
          <w:rFonts w:ascii="Palatino Linotype" w:hAnsi="Palatino Linotype" w:cs="Arial"/>
        </w:rPr>
        <w:t xml:space="preserve">_ </w:t>
      </w:r>
      <w:proofErr w:type="spellStart"/>
      <w:r w:rsidRPr="00B24F5C">
        <w:rPr>
          <w:rFonts w:ascii="Palatino Linotype" w:hAnsi="Palatino Linotype" w:cs="Arial"/>
        </w:rPr>
        <w:t>telefono</w:t>
      </w:r>
      <w:proofErr w:type="spellEnd"/>
      <w:r w:rsidRPr="00B24F5C">
        <w:rPr>
          <w:rFonts w:ascii="Palatino Linotype" w:hAnsi="Palatino Linotype" w:cs="Arial"/>
        </w:rPr>
        <w:t xml:space="preserve"> _____</w:t>
      </w:r>
      <w:r w:rsidR="003956D0" w:rsidRPr="00B24F5C">
        <w:rPr>
          <w:rFonts w:ascii="Palatino Linotype" w:hAnsi="Palatino Linotype" w:cs="Arial"/>
        </w:rPr>
        <w:t>____</w:t>
      </w:r>
      <w:r w:rsidRPr="00B24F5C">
        <w:rPr>
          <w:rFonts w:ascii="Palatino Linotype" w:hAnsi="Palatino Linotype" w:cs="Arial"/>
        </w:rPr>
        <w:t>_</w:t>
      </w:r>
    </w:p>
    <w:p w14:paraId="66D25D06" w14:textId="7B545AA4" w:rsidR="003956D0" w:rsidRPr="00B24F5C" w:rsidRDefault="00B24F5C" w:rsidP="003956D0">
      <w:pPr>
        <w:spacing w:after="0" w:line="360" w:lineRule="auto"/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>email</w:t>
      </w:r>
      <w:r w:rsidR="0062553E" w:rsidRPr="00B24F5C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>_________________________________________</w:t>
      </w:r>
    </w:p>
    <w:p w14:paraId="71B584F8" w14:textId="77777777" w:rsidR="00B24F5C" w:rsidRPr="00B24F5C" w:rsidRDefault="0062553E" w:rsidP="003956D0">
      <w:pPr>
        <w:ind w:left="3600" w:firstLine="720"/>
        <w:jc w:val="both"/>
        <w:rPr>
          <w:rFonts w:ascii="Palatino Linotype" w:hAnsi="Palatino Linotype" w:cs="Arial"/>
          <w:b/>
          <w:bCs/>
        </w:rPr>
      </w:pPr>
      <w:r w:rsidRPr="00B24F5C">
        <w:rPr>
          <w:rFonts w:ascii="Palatino Linotype" w:hAnsi="Palatino Linotype" w:cs="Arial"/>
          <w:b/>
          <w:bCs/>
        </w:rPr>
        <w:t>CHIEDE</w:t>
      </w:r>
    </w:p>
    <w:p w14:paraId="74EB7066" w14:textId="04EC2F90" w:rsidR="00925371" w:rsidRPr="00B24F5C" w:rsidRDefault="0062553E" w:rsidP="003956D0">
      <w:pPr>
        <w:jc w:val="both"/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di </w:t>
      </w:r>
      <w:proofErr w:type="spellStart"/>
      <w:r w:rsidRPr="00B24F5C">
        <w:rPr>
          <w:rFonts w:ascii="Palatino Linotype" w:hAnsi="Palatino Linotype" w:cs="Arial"/>
        </w:rPr>
        <w:t>essere</w:t>
      </w:r>
      <w:proofErr w:type="spellEnd"/>
      <w:r w:rsidRPr="00B24F5C">
        <w:rPr>
          <w:rFonts w:ascii="Palatino Linotype" w:hAnsi="Palatino Linotype" w:cs="Arial"/>
        </w:rPr>
        <w:t xml:space="preserve"> </w:t>
      </w:r>
      <w:proofErr w:type="spellStart"/>
      <w:r w:rsidRPr="00B24F5C">
        <w:rPr>
          <w:rFonts w:ascii="Palatino Linotype" w:hAnsi="Palatino Linotype" w:cs="Arial"/>
        </w:rPr>
        <w:t>ammesso</w:t>
      </w:r>
      <w:proofErr w:type="spellEnd"/>
      <w:r w:rsidRPr="00B24F5C">
        <w:rPr>
          <w:rFonts w:ascii="Palatino Linotype" w:hAnsi="Palatino Linotype" w:cs="Arial"/>
        </w:rPr>
        <w:t xml:space="preserve">/a alla </w:t>
      </w:r>
      <w:proofErr w:type="spellStart"/>
      <w:r w:rsidRPr="00B24F5C">
        <w:rPr>
          <w:rFonts w:ascii="Palatino Linotype" w:hAnsi="Palatino Linotype" w:cs="Arial"/>
        </w:rPr>
        <w:t>procedura</w:t>
      </w:r>
      <w:proofErr w:type="spellEnd"/>
      <w:r w:rsidRPr="00B24F5C">
        <w:rPr>
          <w:rFonts w:ascii="Palatino Linotype" w:hAnsi="Palatino Linotype" w:cs="Arial"/>
        </w:rPr>
        <w:t xml:space="preserve"> di selezione per l’assegnazione dei premi di laurea finanziati con le risorse del Fondo per i Poli Universitari Tecnico-Scientifici nel Mezzogiorno.</w:t>
      </w:r>
    </w:p>
    <w:p w14:paraId="2FF9BCDD" w14:textId="77777777" w:rsidR="00B24F5C" w:rsidRPr="00B24F5C" w:rsidRDefault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>DICHIARA ai sensi degli artt. 46 e 47 del D.P.R. 445/2000:</w:t>
      </w:r>
    </w:p>
    <w:p w14:paraId="429CD69F" w14:textId="4151B0E6" w:rsidR="00B24F5C" w:rsidRPr="00B24F5C" w:rsidRDefault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□ di aver </w:t>
      </w:r>
      <w:proofErr w:type="spellStart"/>
      <w:r w:rsidRPr="00B24F5C">
        <w:rPr>
          <w:rFonts w:ascii="Palatino Linotype" w:hAnsi="Palatino Linotype" w:cs="Arial"/>
        </w:rPr>
        <w:t>conseguito</w:t>
      </w:r>
      <w:proofErr w:type="spellEnd"/>
      <w:r w:rsidRPr="00B24F5C">
        <w:rPr>
          <w:rFonts w:ascii="Palatino Linotype" w:hAnsi="Palatino Linotype" w:cs="Arial"/>
        </w:rPr>
        <w:t xml:space="preserve"> </w:t>
      </w:r>
      <w:proofErr w:type="spellStart"/>
      <w:r w:rsidRPr="00B24F5C">
        <w:rPr>
          <w:rFonts w:ascii="Palatino Linotype" w:hAnsi="Palatino Linotype" w:cs="Arial"/>
        </w:rPr>
        <w:t>presso</w:t>
      </w:r>
      <w:proofErr w:type="spellEnd"/>
      <w:r w:rsidRPr="00B24F5C">
        <w:rPr>
          <w:rFonts w:ascii="Palatino Linotype" w:hAnsi="Palatino Linotype" w:cs="Arial"/>
        </w:rPr>
        <w:t xml:space="preserve"> </w:t>
      </w:r>
      <w:proofErr w:type="spellStart"/>
      <w:r w:rsidRPr="00B24F5C">
        <w:rPr>
          <w:rFonts w:ascii="Palatino Linotype" w:hAnsi="Palatino Linotype" w:cs="Arial"/>
        </w:rPr>
        <w:t>l’Università</w:t>
      </w:r>
      <w:proofErr w:type="spellEnd"/>
      <w:r w:rsidRPr="00B24F5C">
        <w:rPr>
          <w:rFonts w:ascii="Palatino Linotype" w:hAnsi="Palatino Linotype" w:cs="Arial"/>
        </w:rPr>
        <w:t xml:space="preserve"> degli Studi di Sassari</w:t>
      </w:r>
      <w:r w:rsidR="00B24F5C" w:rsidRPr="00B24F5C">
        <w:rPr>
          <w:rFonts w:ascii="Palatino Linotype" w:hAnsi="Palatino Linotype" w:cs="Arial"/>
        </w:rPr>
        <w:t xml:space="preserve"> il </w:t>
      </w:r>
      <w:proofErr w:type="spellStart"/>
      <w:r w:rsidR="00B24F5C" w:rsidRPr="00B24F5C">
        <w:rPr>
          <w:rFonts w:ascii="Palatino Linotype" w:hAnsi="Palatino Linotype" w:cs="Arial"/>
        </w:rPr>
        <w:t>seguente</w:t>
      </w:r>
      <w:proofErr w:type="spellEnd"/>
      <w:r w:rsidR="00B24F5C" w:rsidRPr="00B24F5C">
        <w:rPr>
          <w:rFonts w:ascii="Palatino Linotype" w:hAnsi="Palatino Linotype" w:cs="Arial"/>
        </w:rPr>
        <w:t xml:space="preserve"> </w:t>
      </w:r>
      <w:proofErr w:type="spellStart"/>
      <w:r w:rsidR="00B24F5C" w:rsidRPr="00B24F5C">
        <w:rPr>
          <w:rFonts w:ascii="Palatino Linotype" w:hAnsi="Palatino Linotype" w:cs="Arial"/>
        </w:rPr>
        <w:t>titolo</w:t>
      </w:r>
      <w:proofErr w:type="spellEnd"/>
      <w:r w:rsidR="00B24F5C" w:rsidRPr="00B24F5C">
        <w:rPr>
          <w:rFonts w:ascii="Palatino Linotype" w:hAnsi="Palatino Linotype" w:cs="Arial"/>
        </w:rPr>
        <w:t xml:space="preserve"> di studio:</w:t>
      </w:r>
    </w:p>
    <w:p w14:paraId="1D36035B" w14:textId="668E2944" w:rsidR="00B24F5C" w:rsidRPr="00B24F5C" w:rsidRDefault="00B24F5C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  <w:i/>
          <w:iCs/>
        </w:rPr>
        <w:t>(</w:t>
      </w:r>
      <w:proofErr w:type="spellStart"/>
      <w:r w:rsidRPr="00B24F5C">
        <w:rPr>
          <w:rFonts w:ascii="Palatino Linotype" w:hAnsi="Palatino Linotype" w:cs="Arial"/>
          <w:i/>
          <w:iCs/>
        </w:rPr>
        <w:t>indicare</w:t>
      </w:r>
      <w:proofErr w:type="spellEnd"/>
      <w:r w:rsidRPr="00B24F5C">
        <w:rPr>
          <w:rFonts w:ascii="Palatino Linotype" w:hAnsi="Palatino Linotype" w:cs="Arial"/>
          <w:i/>
          <w:iCs/>
        </w:rPr>
        <w:t xml:space="preserve"> </w:t>
      </w:r>
      <w:proofErr w:type="spellStart"/>
      <w:r w:rsidRPr="00B24F5C">
        <w:rPr>
          <w:rFonts w:ascii="Palatino Linotype" w:hAnsi="Palatino Linotype" w:cs="Arial"/>
          <w:i/>
          <w:iCs/>
        </w:rPr>
        <w:t>laurea</w:t>
      </w:r>
      <w:proofErr w:type="spellEnd"/>
      <w:r w:rsidRPr="00B24F5C">
        <w:rPr>
          <w:rFonts w:ascii="Palatino Linotype" w:hAnsi="Palatino Linotype" w:cs="Arial"/>
          <w:i/>
          <w:iCs/>
        </w:rPr>
        <w:t>/</w:t>
      </w:r>
      <w:proofErr w:type="spellStart"/>
      <w:r w:rsidRPr="00B24F5C">
        <w:rPr>
          <w:rFonts w:ascii="Palatino Linotype" w:hAnsi="Palatino Linotype" w:cs="Arial"/>
          <w:i/>
          <w:iCs/>
        </w:rPr>
        <w:t>laurea</w:t>
      </w:r>
      <w:proofErr w:type="spellEnd"/>
      <w:r w:rsidRPr="00B24F5C">
        <w:rPr>
          <w:rFonts w:ascii="Palatino Linotype" w:hAnsi="Palatino Linotype" w:cs="Arial"/>
          <w:i/>
          <w:iCs/>
        </w:rPr>
        <w:t xml:space="preserve"> </w:t>
      </w:r>
      <w:proofErr w:type="spellStart"/>
      <w:r w:rsidRPr="00B24F5C">
        <w:rPr>
          <w:rFonts w:ascii="Palatino Linotype" w:hAnsi="Palatino Linotype" w:cs="Arial"/>
          <w:i/>
          <w:iCs/>
        </w:rPr>
        <w:t>magistrale</w:t>
      </w:r>
      <w:proofErr w:type="spellEnd"/>
      <w:r w:rsidRPr="00B24F5C">
        <w:rPr>
          <w:rFonts w:ascii="Palatino Linotype" w:hAnsi="Palatino Linotype" w:cs="Arial"/>
          <w:i/>
          <w:iCs/>
        </w:rPr>
        <w:t xml:space="preserve">/ </w:t>
      </w:r>
      <w:proofErr w:type="spellStart"/>
      <w:r w:rsidRPr="00B24F5C">
        <w:rPr>
          <w:rFonts w:ascii="Palatino Linotype" w:hAnsi="Palatino Linotype" w:cs="Arial"/>
          <w:i/>
          <w:iCs/>
        </w:rPr>
        <w:t>dottorato</w:t>
      </w:r>
      <w:proofErr w:type="spellEnd"/>
      <w:r w:rsidRPr="00B24F5C">
        <w:rPr>
          <w:rFonts w:ascii="Palatino Linotype" w:hAnsi="Palatino Linotype" w:cs="Arial"/>
          <w:i/>
          <w:iCs/>
        </w:rPr>
        <w:t xml:space="preserve"> di </w:t>
      </w:r>
      <w:proofErr w:type="spellStart"/>
      <w:r w:rsidRPr="00B24F5C">
        <w:rPr>
          <w:rFonts w:ascii="Palatino Linotype" w:hAnsi="Palatino Linotype" w:cs="Arial"/>
          <w:i/>
          <w:iCs/>
        </w:rPr>
        <w:t>ricerca</w:t>
      </w:r>
      <w:proofErr w:type="spellEnd"/>
      <w:r w:rsidRPr="00B24F5C">
        <w:rPr>
          <w:rFonts w:ascii="Palatino Linotype" w:hAnsi="Palatino Linotype" w:cs="Arial"/>
        </w:rPr>
        <w:t xml:space="preserve">) </w:t>
      </w:r>
      <w:r w:rsidR="0062553E" w:rsidRPr="00B24F5C">
        <w:rPr>
          <w:rFonts w:ascii="Palatino Linotype" w:hAnsi="Palatino Linotype" w:cs="Arial"/>
        </w:rPr>
        <w:t>______________</w:t>
      </w:r>
      <w:r w:rsidRPr="00B24F5C">
        <w:rPr>
          <w:rFonts w:ascii="Palatino Linotype" w:hAnsi="Palatino Linotype" w:cs="Arial"/>
        </w:rPr>
        <w:t>_______</w:t>
      </w:r>
      <w:r w:rsidR="0062553E" w:rsidRPr="00B24F5C">
        <w:rPr>
          <w:rFonts w:ascii="Palatino Linotype" w:hAnsi="Palatino Linotype" w:cs="Arial"/>
        </w:rPr>
        <w:t>____</w:t>
      </w:r>
    </w:p>
    <w:p w14:paraId="1D65A040" w14:textId="77777777" w:rsidR="00B24F5C" w:rsidRPr="00B24F5C" w:rsidRDefault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Anno </w:t>
      </w:r>
      <w:proofErr w:type="spellStart"/>
      <w:r w:rsidRPr="00B24F5C">
        <w:rPr>
          <w:rFonts w:ascii="Palatino Linotype" w:hAnsi="Palatino Linotype" w:cs="Arial"/>
        </w:rPr>
        <w:t>accademico</w:t>
      </w:r>
      <w:proofErr w:type="spellEnd"/>
      <w:r w:rsidRPr="00B24F5C">
        <w:rPr>
          <w:rFonts w:ascii="Palatino Linotype" w:hAnsi="Palatino Linotype" w:cs="Arial"/>
        </w:rPr>
        <w:t xml:space="preserve">: □ 2023/2024 □ 2024/2025 </w:t>
      </w:r>
    </w:p>
    <w:p w14:paraId="0743DCF0" w14:textId="177C7A1E" w:rsidR="00925371" w:rsidRPr="00B24F5C" w:rsidRDefault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>Voto: ______</w:t>
      </w:r>
    </w:p>
    <w:p w14:paraId="1E985CE8" w14:textId="77777777" w:rsidR="00B24F5C" w:rsidRPr="00B24F5C" w:rsidRDefault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Titolo </w:t>
      </w:r>
      <w:proofErr w:type="spellStart"/>
      <w:r w:rsidRPr="00B24F5C">
        <w:rPr>
          <w:rFonts w:ascii="Palatino Linotype" w:hAnsi="Palatino Linotype" w:cs="Arial"/>
        </w:rPr>
        <w:t>tesi</w:t>
      </w:r>
      <w:proofErr w:type="spellEnd"/>
      <w:r w:rsidRPr="00B24F5C">
        <w:rPr>
          <w:rFonts w:ascii="Palatino Linotype" w:hAnsi="Palatino Linotype" w:cs="Arial"/>
        </w:rPr>
        <w:t>: ______________________________</w:t>
      </w:r>
    </w:p>
    <w:p w14:paraId="6544AD01" w14:textId="5630F657" w:rsidR="003956D0" w:rsidRPr="00B24F5C" w:rsidRDefault="0062553E">
      <w:pPr>
        <w:rPr>
          <w:rFonts w:ascii="Palatino Linotype" w:hAnsi="Palatino Linotype" w:cs="Arial"/>
        </w:rPr>
      </w:pPr>
      <w:proofErr w:type="spellStart"/>
      <w:r w:rsidRPr="00B24F5C">
        <w:rPr>
          <w:rFonts w:ascii="Palatino Linotype" w:hAnsi="Palatino Linotype" w:cs="Arial"/>
        </w:rPr>
        <w:t>Relatore</w:t>
      </w:r>
      <w:proofErr w:type="spellEnd"/>
      <w:r w:rsidRPr="00B24F5C">
        <w:rPr>
          <w:rFonts w:ascii="Palatino Linotype" w:hAnsi="Palatino Linotype" w:cs="Arial"/>
        </w:rPr>
        <w:t>: ______________________________</w:t>
      </w:r>
    </w:p>
    <w:p w14:paraId="26522F15" w14:textId="77777777" w:rsidR="00B24F5C" w:rsidRPr="00B24F5C" w:rsidRDefault="00B24F5C">
      <w:pPr>
        <w:rPr>
          <w:rFonts w:ascii="Palatino Linotype" w:hAnsi="Palatino Linotype" w:cs="Arial"/>
        </w:rPr>
      </w:pPr>
    </w:p>
    <w:p w14:paraId="18D983EB" w14:textId="77777777" w:rsidR="00B24F5C" w:rsidRPr="00B24F5C" w:rsidRDefault="0062553E" w:rsidP="00B24F5C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>Allega:</w:t>
      </w:r>
    </w:p>
    <w:p w14:paraId="26DE5EDD" w14:textId="6FFE7293" w:rsidR="00B24F5C" w:rsidRPr="00B24F5C" w:rsidRDefault="00B24F5C" w:rsidP="00B24F5C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Palatino Linotype" w:hAnsi="Palatino Linotype"/>
        </w:rPr>
      </w:pPr>
      <w:proofErr w:type="spellStart"/>
      <w:r w:rsidRPr="00B24F5C">
        <w:rPr>
          <w:rFonts w:ascii="Palatino Linotype" w:hAnsi="Palatino Linotype"/>
        </w:rPr>
        <w:t>Autocertificazione</w:t>
      </w:r>
      <w:proofErr w:type="spellEnd"/>
      <w:r w:rsidRPr="00B24F5C">
        <w:rPr>
          <w:rFonts w:ascii="Palatino Linotype" w:hAnsi="Palatino Linotype"/>
        </w:rPr>
        <w:t xml:space="preserve"> del </w:t>
      </w:r>
      <w:proofErr w:type="spellStart"/>
      <w:r w:rsidRPr="00B24F5C">
        <w:rPr>
          <w:rFonts w:ascii="Palatino Linotype" w:hAnsi="Palatino Linotype"/>
        </w:rPr>
        <w:t>titolo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conseguito</w:t>
      </w:r>
      <w:proofErr w:type="spellEnd"/>
    </w:p>
    <w:p w14:paraId="3BEA0F4A" w14:textId="77777777" w:rsidR="00B24F5C" w:rsidRPr="00B24F5C" w:rsidRDefault="00B24F5C" w:rsidP="00B24F5C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Palatino Linotype" w:hAnsi="Palatino Linotype"/>
        </w:rPr>
      </w:pPr>
      <w:r w:rsidRPr="00B24F5C">
        <w:rPr>
          <w:rFonts w:ascii="Palatino Linotype" w:hAnsi="Palatino Linotype"/>
        </w:rPr>
        <w:t xml:space="preserve">Abstract della </w:t>
      </w:r>
      <w:proofErr w:type="spellStart"/>
      <w:r w:rsidRPr="00B24F5C">
        <w:rPr>
          <w:rFonts w:ascii="Palatino Linotype" w:hAnsi="Palatino Linotype"/>
        </w:rPr>
        <w:t>tesi</w:t>
      </w:r>
      <w:proofErr w:type="spellEnd"/>
      <w:r w:rsidRPr="00B24F5C">
        <w:rPr>
          <w:rFonts w:ascii="Palatino Linotype" w:hAnsi="Palatino Linotype"/>
        </w:rPr>
        <w:t xml:space="preserve"> in </w:t>
      </w:r>
      <w:proofErr w:type="spellStart"/>
      <w:r w:rsidRPr="00B24F5C">
        <w:rPr>
          <w:rFonts w:ascii="Palatino Linotype" w:hAnsi="Palatino Linotype"/>
        </w:rPr>
        <w:t>formato</w:t>
      </w:r>
      <w:proofErr w:type="spellEnd"/>
      <w:r w:rsidRPr="00B24F5C">
        <w:rPr>
          <w:rFonts w:ascii="Palatino Linotype" w:hAnsi="Palatino Linotype"/>
        </w:rPr>
        <w:t xml:space="preserve"> PDF (</w:t>
      </w:r>
      <w:proofErr w:type="spellStart"/>
      <w:r w:rsidRPr="00B24F5C">
        <w:rPr>
          <w:rFonts w:ascii="Palatino Linotype" w:hAnsi="Palatino Linotype"/>
        </w:rPr>
        <w:t>lunghezza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massima</w:t>
      </w:r>
      <w:proofErr w:type="spellEnd"/>
      <w:r w:rsidRPr="00B24F5C">
        <w:rPr>
          <w:rFonts w:ascii="Palatino Linotype" w:hAnsi="Palatino Linotype"/>
        </w:rPr>
        <w:t xml:space="preserve"> di 5.000 </w:t>
      </w:r>
      <w:proofErr w:type="spellStart"/>
      <w:r w:rsidRPr="00B24F5C">
        <w:rPr>
          <w:rFonts w:ascii="Palatino Linotype" w:hAnsi="Palatino Linotype"/>
        </w:rPr>
        <w:t>caratteri</w:t>
      </w:r>
      <w:proofErr w:type="spellEnd"/>
      <w:r w:rsidRPr="00B24F5C">
        <w:rPr>
          <w:rFonts w:ascii="Palatino Linotype" w:hAnsi="Palatino Linotype"/>
        </w:rPr>
        <w:t>);</w:t>
      </w:r>
    </w:p>
    <w:p w14:paraId="1D595CE8" w14:textId="77777777" w:rsidR="00B24F5C" w:rsidRPr="00B24F5C" w:rsidRDefault="00B24F5C" w:rsidP="00B24F5C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Palatino Linotype" w:hAnsi="Palatino Linotype"/>
        </w:rPr>
      </w:pPr>
      <w:proofErr w:type="spellStart"/>
      <w:r w:rsidRPr="00B24F5C">
        <w:rPr>
          <w:rFonts w:ascii="Palatino Linotype" w:hAnsi="Palatino Linotype"/>
        </w:rPr>
        <w:t>Relazione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sintetica</w:t>
      </w:r>
      <w:proofErr w:type="spellEnd"/>
      <w:r w:rsidRPr="00B24F5C">
        <w:rPr>
          <w:rFonts w:ascii="Palatino Linotype" w:hAnsi="Palatino Linotype"/>
        </w:rPr>
        <w:t xml:space="preserve"> circa </w:t>
      </w:r>
      <w:proofErr w:type="spellStart"/>
      <w:r w:rsidRPr="00B24F5C">
        <w:rPr>
          <w:rFonts w:ascii="Palatino Linotype" w:hAnsi="Palatino Linotype"/>
        </w:rPr>
        <w:t>l’attinenza</w:t>
      </w:r>
      <w:proofErr w:type="spellEnd"/>
      <w:r w:rsidRPr="00B24F5C">
        <w:rPr>
          <w:rFonts w:ascii="Palatino Linotype" w:hAnsi="Palatino Linotype"/>
        </w:rPr>
        <w:t xml:space="preserve"> della </w:t>
      </w:r>
      <w:proofErr w:type="spellStart"/>
      <w:r w:rsidRPr="00B24F5C">
        <w:rPr>
          <w:rFonts w:ascii="Palatino Linotype" w:hAnsi="Palatino Linotype"/>
        </w:rPr>
        <w:t>tesi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agli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ambiti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richiamati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all’art</w:t>
      </w:r>
      <w:proofErr w:type="spellEnd"/>
      <w:r w:rsidRPr="00B24F5C">
        <w:rPr>
          <w:rFonts w:ascii="Palatino Linotype" w:hAnsi="Palatino Linotype"/>
        </w:rPr>
        <w:t xml:space="preserve">. 3 del bando </w:t>
      </w:r>
      <w:r w:rsidRPr="00B24F5C">
        <w:rPr>
          <w:rFonts w:ascii="Palatino Linotype" w:hAnsi="Palatino Linotype"/>
        </w:rPr>
        <w:lastRenderedPageBreak/>
        <w:t>(</w:t>
      </w:r>
      <w:proofErr w:type="spellStart"/>
      <w:r w:rsidRPr="00B24F5C">
        <w:rPr>
          <w:rFonts w:ascii="Palatino Linotype" w:hAnsi="Palatino Linotype"/>
        </w:rPr>
        <w:t>sviluppo</w:t>
      </w:r>
      <w:proofErr w:type="spellEnd"/>
      <w:r w:rsidRPr="00B24F5C">
        <w:rPr>
          <w:rFonts w:ascii="Palatino Linotype" w:hAnsi="Palatino Linotype"/>
        </w:rPr>
        <w:t xml:space="preserve"> di </w:t>
      </w:r>
      <w:proofErr w:type="spellStart"/>
      <w:r w:rsidRPr="00B24F5C">
        <w:rPr>
          <w:rFonts w:ascii="Palatino Linotype" w:hAnsi="Palatino Linotype"/>
        </w:rPr>
        <w:t>soluzioni</w:t>
      </w:r>
      <w:proofErr w:type="spellEnd"/>
      <w:r w:rsidRPr="00B24F5C">
        <w:rPr>
          <w:rFonts w:ascii="Palatino Linotype" w:hAnsi="Palatino Linotype"/>
        </w:rPr>
        <w:t xml:space="preserve"> innovative, </w:t>
      </w:r>
      <w:proofErr w:type="spellStart"/>
      <w:r w:rsidRPr="00B24F5C">
        <w:rPr>
          <w:rFonts w:ascii="Palatino Linotype" w:hAnsi="Palatino Linotype"/>
        </w:rPr>
        <w:t>metodologie</w:t>
      </w:r>
      <w:proofErr w:type="spellEnd"/>
      <w:r w:rsidRPr="00B24F5C">
        <w:rPr>
          <w:rFonts w:ascii="Palatino Linotype" w:hAnsi="Palatino Linotype"/>
        </w:rPr>
        <w:t xml:space="preserve"> applicative o </w:t>
      </w:r>
      <w:proofErr w:type="spellStart"/>
      <w:r w:rsidRPr="00B24F5C">
        <w:rPr>
          <w:rFonts w:ascii="Palatino Linotype" w:hAnsi="Palatino Linotype"/>
        </w:rPr>
        <w:t>analisi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scientifiche</w:t>
      </w:r>
      <w:proofErr w:type="spellEnd"/>
      <w:r w:rsidRPr="00B24F5C">
        <w:rPr>
          <w:rFonts w:ascii="Palatino Linotype" w:hAnsi="Palatino Linotype"/>
        </w:rPr>
        <w:t xml:space="preserve"> nei </w:t>
      </w:r>
      <w:proofErr w:type="spellStart"/>
      <w:r w:rsidRPr="00B24F5C">
        <w:rPr>
          <w:rFonts w:ascii="Palatino Linotype" w:hAnsi="Palatino Linotype"/>
        </w:rPr>
        <w:t>settori</w:t>
      </w:r>
      <w:proofErr w:type="spellEnd"/>
      <w:r w:rsidRPr="00B24F5C">
        <w:rPr>
          <w:rFonts w:ascii="Palatino Linotype" w:hAnsi="Palatino Linotype"/>
        </w:rPr>
        <w:t xml:space="preserve"> della </w:t>
      </w:r>
      <w:proofErr w:type="spellStart"/>
      <w:r w:rsidRPr="00B24F5C">
        <w:rPr>
          <w:rFonts w:ascii="Palatino Linotype" w:hAnsi="Palatino Linotype"/>
        </w:rPr>
        <w:t>transizione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digitale</w:t>
      </w:r>
      <w:proofErr w:type="spellEnd"/>
      <w:r w:rsidRPr="00B24F5C">
        <w:rPr>
          <w:rFonts w:ascii="Palatino Linotype" w:hAnsi="Palatino Linotype"/>
        </w:rPr>
        <w:t xml:space="preserve">, </w:t>
      </w:r>
      <w:proofErr w:type="spellStart"/>
      <w:r w:rsidRPr="00B24F5C">
        <w:rPr>
          <w:rFonts w:ascii="Palatino Linotype" w:hAnsi="Palatino Linotype"/>
        </w:rPr>
        <w:t>energetica</w:t>
      </w:r>
      <w:proofErr w:type="spellEnd"/>
      <w:r w:rsidRPr="00B24F5C">
        <w:rPr>
          <w:rFonts w:ascii="Palatino Linotype" w:hAnsi="Palatino Linotype"/>
        </w:rPr>
        <w:t xml:space="preserve"> e </w:t>
      </w:r>
      <w:proofErr w:type="spellStart"/>
      <w:r w:rsidRPr="00B24F5C">
        <w:rPr>
          <w:rFonts w:ascii="Palatino Linotype" w:hAnsi="Palatino Linotype"/>
        </w:rPr>
        <w:t>ambientale</w:t>
      </w:r>
      <w:proofErr w:type="spellEnd"/>
      <w:r w:rsidRPr="00B24F5C">
        <w:rPr>
          <w:rFonts w:ascii="Palatino Linotype" w:hAnsi="Palatino Linotype"/>
        </w:rPr>
        <w:t xml:space="preserve">, </w:t>
      </w:r>
      <w:proofErr w:type="spellStart"/>
      <w:r w:rsidRPr="00B24F5C">
        <w:rPr>
          <w:rFonts w:ascii="Palatino Linotype" w:hAnsi="Palatino Linotype"/>
        </w:rPr>
        <w:t>nonché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dello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sviluppo</w:t>
      </w:r>
      <w:proofErr w:type="spellEnd"/>
      <w:r w:rsidRPr="00B24F5C">
        <w:rPr>
          <w:rFonts w:ascii="Palatino Linotype" w:hAnsi="Palatino Linotype"/>
        </w:rPr>
        <w:t xml:space="preserve"> </w:t>
      </w:r>
      <w:proofErr w:type="spellStart"/>
      <w:r w:rsidRPr="00B24F5C">
        <w:rPr>
          <w:rFonts w:ascii="Palatino Linotype" w:hAnsi="Palatino Linotype"/>
        </w:rPr>
        <w:t>sostenibile</w:t>
      </w:r>
      <w:proofErr w:type="spellEnd"/>
      <w:r w:rsidRPr="00B24F5C">
        <w:rPr>
          <w:rFonts w:ascii="Palatino Linotype" w:hAnsi="Palatino Linotype"/>
        </w:rPr>
        <w:t xml:space="preserve"> del Mezzogiorno);</w:t>
      </w:r>
    </w:p>
    <w:p w14:paraId="084DEDA7" w14:textId="4CCE814C" w:rsidR="00B24F5C" w:rsidRPr="00B24F5C" w:rsidRDefault="00B24F5C" w:rsidP="00B24F5C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  <w:r w:rsidRPr="00B24F5C">
        <w:rPr>
          <w:rFonts w:ascii="Palatino Linotype" w:hAnsi="Palatino Linotype"/>
        </w:rPr>
        <w:t xml:space="preserve">opia di un </w:t>
      </w:r>
      <w:proofErr w:type="spellStart"/>
      <w:r w:rsidRPr="00B24F5C">
        <w:rPr>
          <w:rFonts w:ascii="Palatino Linotype" w:hAnsi="Palatino Linotype"/>
        </w:rPr>
        <w:t>documento</w:t>
      </w:r>
      <w:proofErr w:type="spellEnd"/>
      <w:r w:rsidRPr="00B24F5C">
        <w:rPr>
          <w:rFonts w:ascii="Palatino Linotype" w:hAnsi="Palatino Linotype"/>
        </w:rPr>
        <w:t xml:space="preserve"> di </w:t>
      </w:r>
      <w:proofErr w:type="spellStart"/>
      <w:r w:rsidRPr="00B24F5C">
        <w:rPr>
          <w:rFonts w:ascii="Palatino Linotype" w:hAnsi="Palatino Linotype"/>
        </w:rPr>
        <w:t>identità</w:t>
      </w:r>
      <w:proofErr w:type="spellEnd"/>
      <w:r w:rsidRPr="00B24F5C">
        <w:rPr>
          <w:rFonts w:ascii="Palatino Linotype" w:hAnsi="Palatino Linotype"/>
        </w:rPr>
        <w:t xml:space="preserve"> in </w:t>
      </w:r>
      <w:proofErr w:type="spellStart"/>
      <w:r w:rsidRPr="00B24F5C">
        <w:rPr>
          <w:rFonts w:ascii="Palatino Linotype" w:hAnsi="Palatino Linotype"/>
        </w:rPr>
        <w:t>corso</w:t>
      </w:r>
      <w:proofErr w:type="spellEnd"/>
      <w:r w:rsidRPr="00B24F5C">
        <w:rPr>
          <w:rFonts w:ascii="Palatino Linotype" w:hAnsi="Palatino Linotype"/>
        </w:rPr>
        <w:t xml:space="preserve"> di </w:t>
      </w:r>
      <w:proofErr w:type="spellStart"/>
      <w:r w:rsidRPr="00B24F5C">
        <w:rPr>
          <w:rFonts w:ascii="Palatino Linotype" w:hAnsi="Palatino Linotype"/>
        </w:rPr>
        <w:t>validità</w:t>
      </w:r>
      <w:proofErr w:type="spellEnd"/>
      <w:r w:rsidRPr="00B24F5C">
        <w:rPr>
          <w:rFonts w:ascii="Palatino Linotype" w:hAnsi="Palatino Linotype"/>
        </w:rPr>
        <w:t>.</w:t>
      </w:r>
    </w:p>
    <w:p w14:paraId="74FD20D0" w14:textId="30A2CA14" w:rsidR="003956D0" w:rsidRPr="00B24F5C" w:rsidRDefault="003956D0" w:rsidP="00B24F5C">
      <w:pPr>
        <w:rPr>
          <w:rFonts w:ascii="Palatino Linotype" w:hAnsi="Palatino Linotype" w:cs="Arial"/>
        </w:rPr>
      </w:pPr>
    </w:p>
    <w:p w14:paraId="28BCD72F" w14:textId="0F6E730A" w:rsidR="003956D0" w:rsidRPr="00B24F5C" w:rsidRDefault="0062553E" w:rsidP="0062553E">
      <w:pPr>
        <w:rPr>
          <w:rFonts w:ascii="Palatino Linotype" w:hAnsi="Palatino Linotype" w:cs="Arial"/>
        </w:rPr>
      </w:pPr>
      <w:r w:rsidRPr="00B24F5C">
        <w:rPr>
          <w:rFonts w:ascii="Palatino Linotype" w:hAnsi="Palatino Linotype" w:cs="Arial"/>
        </w:rPr>
        <w:t xml:space="preserve">Il/La </w:t>
      </w:r>
      <w:proofErr w:type="spellStart"/>
      <w:r w:rsidRPr="00B24F5C">
        <w:rPr>
          <w:rFonts w:ascii="Palatino Linotype" w:hAnsi="Palatino Linotype" w:cs="Arial"/>
        </w:rPr>
        <w:t>sottoscritto</w:t>
      </w:r>
      <w:proofErr w:type="spellEnd"/>
      <w:r w:rsidRPr="00B24F5C">
        <w:rPr>
          <w:rFonts w:ascii="Palatino Linotype" w:hAnsi="Palatino Linotype" w:cs="Arial"/>
        </w:rPr>
        <w:t xml:space="preserve">/a </w:t>
      </w:r>
      <w:proofErr w:type="spellStart"/>
      <w:r w:rsidRPr="00B24F5C">
        <w:rPr>
          <w:rFonts w:ascii="Palatino Linotype" w:hAnsi="Palatino Linotype" w:cs="Arial"/>
        </w:rPr>
        <w:t>dichiara</w:t>
      </w:r>
      <w:proofErr w:type="spellEnd"/>
      <w:r w:rsidRPr="00B24F5C">
        <w:rPr>
          <w:rFonts w:ascii="Palatino Linotype" w:hAnsi="Palatino Linotype" w:cs="Arial"/>
        </w:rPr>
        <w:t xml:space="preserve"> di aver preso visione </w:t>
      </w:r>
      <w:proofErr w:type="spellStart"/>
      <w:r w:rsidRPr="00B24F5C">
        <w:rPr>
          <w:rFonts w:ascii="Palatino Linotype" w:hAnsi="Palatino Linotype" w:cs="Arial"/>
        </w:rPr>
        <w:t>dell’informativa</w:t>
      </w:r>
      <w:proofErr w:type="spellEnd"/>
      <w:r w:rsidRPr="00B24F5C">
        <w:rPr>
          <w:rFonts w:ascii="Palatino Linotype" w:hAnsi="Palatino Linotype" w:cs="Arial"/>
        </w:rPr>
        <w:t xml:space="preserve"> privacy ai sensi del</w:t>
      </w:r>
      <w:r w:rsidR="003956D0" w:rsidRPr="00B24F5C">
        <w:rPr>
          <w:rFonts w:ascii="Palatino Linotype" w:hAnsi="Palatino Linotype" w:cs="Arial"/>
        </w:rPr>
        <w:t xml:space="preserve"> </w:t>
      </w:r>
      <w:proofErr w:type="spellStart"/>
      <w:r w:rsidR="003956D0" w:rsidRPr="00B24F5C">
        <w:rPr>
          <w:rFonts w:ascii="Palatino Linotype" w:hAnsi="Palatino Linotype" w:cs="Arial"/>
        </w:rPr>
        <w:t>R</w:t>
      </w:r>
      <w:r w:rsidRPr="00B24F5C">
        <w:rPr>
          <w:rFonts w:ascii="Palatino Linotype" w:hAnsi="Palatino Linotype" w:cs="Arial"/>
        </w:rPr>
        <w:t>egolamento</w:t>
      </w:r>
      <w:proofErr w:type="spellEnd"/>
      <w:r w:rsidRPr="00B24F5C">
        <w:rPr>
          <w:rFonts w:ascii="Palatino Linotype" w:hAnsi="Palatino Linotype" w:cs="Arial"/>
        </w:rPr>
        <w:t xml:space="preserve"> (UE) 2016/679.</w:t>
      </w:r>
    </w:p>
    <w:p w14:paraId="2FEF02FB" w14:textId="77777777" w:rsidR="003956D0" w:rsidRPr="00B24F5C" w:rsidRDefault="003956D0" w:rsidP="003956D0">
      <w:pPr>
        <w:jc w:val="both"/>
        <w:rPr>
          <w:rFonts w:ascii="Palatino Linotype" w:hAnsi="Palatino Linotype" w:cs="Arial"/>
        </w:rPr>
      </w:pPr>
    </w:p>
    <w:p w14:paraId="0EA58B10" w14:textId="77777777" w:rsidR="003956D0" w:rsidRPr="00B24F5C" w:rsidRDefault="003956D0" w:rsidP="003956D0">
      <w:pPr>
        <w:jc w:val="both"/>
        <w:rPr>
          <w:rFonts w:ascii="Palatino Linotype" w:hAnsi="Palatino Linotype" w:cs="Arial"/>
        </w:rPr>
      </w:pPr>
    </w:p>
    <w:p w14:paraId="128556AD" w14:textId="77777777" w:rsidR="003956D0" w:rsidRPr="00B24F5C" w:rsidRDefault="0062553E" w:rsidP="003956D0">
      <w:pPr>
        <w:rPr>
          <w:rFonts w:ascii="Palatino Linotype" w:hAnsi="Palatino Linotype" w:cs="Arial"/>
        </w:rPr>
      </w:pPr>
      <w:proofErr w:type="spellStart"/>
      <w:r w:rsidRPr="00B24F5C">
        <w:rPr>
          <w:rFonts w:ascii="Palatino Linotype" w:hAnsi="Palatino Linotype" w:cs="Arial"/>
        </w:rPr>
        <w:t>Luogo</w:t>
      </w:r>
      <w:proofErr w:type="spellEnd"/>
      <w:r w:rsidRPr="00B24F5C">
        <w:rPr>
          <w:rFonts w:ascii="Palatino Linotype" w:hAnsi="Palatino Linotype" w:cs="Arial"/>
        </w:rPr>
        <w:t xml:space="preserve"> e data __________</w:t>
      </w:r>
      <w:r w:rsidR="003956D0" w:rsidRPr="00B24F5C">
        <w:rPr>
          <w:rFonts w:ascii="Palatino Linotype" w:hAnsi="Palatino Linotype" w:cs="Arial"/>
        </w:rPr>
        <w:t xml:space="preserve"> </w:t>
      </w:r>
    </w:p>
    <w:p w14:paraId="5857F01A" w14:textId="77777777" w:rsidR="003956D0" w:rsidRPr="00B24F5C" w:rsidRDefault="003956D0" w:rsidP="003956D0">
      <w:pPr>
        <w:rPr>
          <w:rFonts w:ascii="Palatino Linotype" w:hAnsi="Palatino Linotype" w:cs="Arial"/>
        </w:rPr>
      </w:pPr>
    </w:p>
    <w:p w14:paraId="2E3AA723" w14:textId="1B3FEDAC" w:rsidR="00925371" w:rsidRPr="00B24F5C" w:rsidRDefault="003956D0" w:rsidP="003956D0">
      <w:pPr>
        <w:ind w:left="5760"/>
        <w:rPr>
          <w:rFonts w:ascii="Arial" w:hAnsi="Arial" w:cs="Arial"/>
        </w:rPr>
      </w:pPr>
      <w:proofErr w:type="spellStart"/>
      <w:r w:rsidRPr="00B24F5C">
        <w:rPr>
          <w:rFonts w:ascii="Palatino Linotype" w:hAnsi="Palatino Linotype" w:cs="Arial"/>
        </w:rPr>
        <w:t>Firma</w:t>
      </w:r>
      <w:proofErr w:type="spellEnd"/>
      <w:r w:rsidRPr="00B24F5C">
        <w:rPr>
          <w:rFonts w:ascii="Palatino Linotype" w:hAnsi="Palatino Linotype" w:cs="Arial"/>
        </w:rPr>
        <w:t xml:space="preserve"> __________________</w:t>
      </w:r>
      <w:r w:rsidRPr="00B24F5C">
        <w:rPr>
          <w:rFonts w:ascii="Palatino Linotype" w:hAnsi="Palatino Linotype" w:cs="Arial"/>
        </w:rPr>
        <w:br/>
      </w:r>
    </w:p>
    <w:sectPr w:rsidR="00925371" w:rsidRPr="00B24F5C" w:rsidSect="00B24F5C">
      <w:headerReference w:type="first" r:id="rId9"/>
      <w:pgSz w:w="12240" w:h="15840"/>
      <w:pgMar w:top="1440" w:right="1041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EC7E" w14:textId="77777777" w:rsidR="00784031" w:rsidRDefault="00784031" w:rsidP="00B24F5C">
      <w:pPr>
        <w:spacing w:after="0" w:line="240" w:lineRule="auto"/>
      </w:pPr>
      <w:r>
        <w:separator/>
      </w:r>
    </w:p>
  </w:endnote>
  <w:endnote w:type="continuationSeparator" w:id="0">
    <w:p w14:paraId="341E1B78" w14:textId="77777777" w:rsidR="00784031" w:rsidRDefault="00784031" w:rsidP="00B2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FAC0" w14:textId="77777777" w:rsidR="00784031" w:rsidRDefault="00784031" w:rsidP="00B24F5C">
      <w:pPr>
        <w:spacing w:after="0" w:line="240" w:lineRule="auto"/>
      </w:pPr>
      <w:r>
        <w:separator/>
      </w:r>
    </w:p>
  </w:footnote>
  <w:footnote w:type="continuationSeparator" w:id="0">
    <w:p w14:paraId="6F4CE939" w14:textId="77777777" w:rsidR="00784031" w:rsidRDefault="00784031" w:rsidP="00B2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41D74" w14:textId="77777777" w:rsidR="00B24F5C" w:rsidRPr="00B24F5C" w:rsidRDefault="00B24F5C" w:rsidP="00B24F5C">
    <w:pPr>
      <w:rPr>
        <w:rFonts w:ascii="Palatino Linotype" w:hAnsi="Palatino Linotype" w:cs="Arial"/>
        <w:sz w:val="20"/>
        <w:szCs w:val="20"/>
      </w:rPr>
    </w:pPr>
    <w:r w:rsidRPr="00B24F5C">
      <w:rPr>
        <w:rFonts w:ascii="Palatino Linotype" w:hAnsi="Palatino Linotype" w:cs="Arial"/>
        <w:sz w:val="20"/>
        <w:szCs w:val="20"/>
      </w:rPr>
      <w:t>ALLEGATO A</w:t>
    </w:r>
  </w:p>
  <w:p w14:paraId="288ADB63" w14:textId="77777777" w:rsidR="00B24F5C" w:rsidRPr="00B24F5C" w:rsidRDefault="00B24F5C" w:rsidP="00B24F5C">
    <w:pPr>
      <w:rPr>
        <w:rFonts w:ascii="Palatino Linotype" w:hAnsi="Palatino Linotype" w:cs="Arial"/>
        <w:sz w:val="20"/>
        <w:szCs w:val="20"/>
      </w:rPr>
    </w:pPr>
    <w:r w:rsidRPr="00B24F5C">
      <w:rPr>
        <w:rFonts w:ascii="Palatino Linotype" w:hAnsi="Palatino Linotype" w:cs="Arial"/>
        <w:sz w:val="20"/>
        <w:szCs w:val="20"/>
      </w:rPr>
      <w:t>MODELLO DI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EA02DB"/>
    <w:multiLevelType w:val="hybridMultilevel"/>
    <w:tmpl w:val="70D64A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4684">
    <w:abstractNumId w:val="8"/>
  </w:num>
  <w:num w:numId="2" w16cid:durableId="1210268607">
    <w:abstractNumId w:val="6"/>
  </w:num>
  <w:num w:numId="3" w16cid:durableId="1211262801">
    <w:abstractNumId w:val="5"/>
  </w:num>
  <w:num w:numId="4" w16cid:durableId="729040754">
    <w:abstractNumId w:val="4"/>
  </w:num>
  <w:num w:numId="5" w16cid:durableId="1823350756">
    <w:abstractNumId w:val="7"/>
  </w:num>
  <w:num w:numId="6" w16cid:durableId="512111115">
    <w:abstractNumId w:val="3"/>
  </w:num>
  <w:num w:numId="7" w16cid:durableId="1750690059">
    <w:abstractNumId w:val="2"/>
  </w:num>
  <w:num w:numId="8" w16cid:durableId="795373121">
    <w:abstractNumId w:val="1"/>
  </w:num>
  <w:num w:numId="9" w16cid:durableId="1262449779">
    <w:abstractNumId w:val="0"/>
  </w:num>
  <w:num w:numId="10" w16cid:durableId="893472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56D0"/>
    <w:rsid w:val="0056481C"/>
    <w:rsid w:val="0062553E"/>
    <w:rsid w:val="00784031"/>
    <w:rsid w:val="00925371"/>
    <w:rsid w:val="00AA1D8D"/>
    <w:rsid w:val="00B24F5C"/>
    <w:rsid w:val="00B47730"/>
    <w:rsid w:val="00BA720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E690B"/>
  <w14:defaultImageDpi w14:val="300"/>
  <w15:docId w15:val="{91F19C25-1B77-42F0-B57B-7CF808CF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24F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4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mediche@unis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A5142B-995D-401E-A05B-0515A603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TRIVERO Maria Giovanna</cp:lastModifiedBy>
  <cp:revision>4</cp:revision>
  <dcterms:created xsi:type="dcterms:W3CDTF">2026-07-03T11:26:00Z</dcterms:created>
  <dcterms:modified xsi:type="dcterms:W3CDTF">2026-07-30T12:55:00Z</dcterms:modified>
  <cp:category/>
</cp:coreProperties>
</file>